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E5A2" w14:textId="77777777" w:rsidR="001A36A9" w:rsidRDefault="001A36A9" w:rsidP="0052011B">
      <w:pPr>
        <w:spacing w:before="80" w:after="100"/>
        <w:jc w:val="center"/>
        <w:rPr>
          <w:rFonts w:ascii="Arial" w:hAnsi="Arial"/>
          <w:b/>
          <w:sz w:val="24"/>
          <w:szCs w:val="24"/>
        </w:rPr>
      </w:pPr>
    </w:p>
    <w:p w14:paraId="0E3767A3" w14:textId="66267537" w:rsidR="001A36A9" w:rsidRDefault="001A36A9" w:rsidP="0052011B">
      <w:pPr>
        <w:spacing w:before="80" w:after="100"/>
        <w:jc w:val="center"/>
        <w:rPr>
          <w:rFonts w:ascii="Arial" w:hAnsi="Arial"/>
          <w:b/>
          <w:sz w:val="24"/>
          <w:szCs w:val="24"/>
        </w:rPr>
      </w:pPr>
      <w:r>
        <w:rPr>
          <w:rFonts w:ascii="Times New Roman" w:hAnsi="Times New Roman"/>
          <w:noProof/>
          <w:color w:val="5F497A" w:themeColor="accent4" w:themeShade="BF"/>
          <w:lang w:val="en-GB" w:eastAsia="en-GB"/>
        </w:rPr>
        <w:drawing>
          <wp:anchor distT="0" distB="0" distL="114300" distR="114300" simplePos="0" relativeHeight="251659264" behindDoc="1" locked="0" layoutInCell="1" allowOverlap="1" wp14:anchorId="6C6BA568" wp14:editId="78B56C3B">
            <wp:simplePos x="0" y="0"/>
            <wp:positionH relativeFrom="column">
              <wp:posOffset>0</wp:posOffset>
            </wp:positionH>
            <wp:positionV relativeFrom="paragraph">
              <wp:posOffset>0</wp:posOffset>
            </wp:positionV>
            <wp:extent cx="3160395" cy="1104900"/>
            <wp:effectExtent l="0" t="0" r="1905" b="0"/>
            <wp:wrapNone/>
            <wp:docPr id="8"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3160395" cy="1104900"/>
                    </a:xfrm>
                    <a:prstGeom prst="rect">
                      <a:avLst/>
                    </a:prstGeom>
                  </pic:spPr>
                </pic:pic>
              </a:graphicData>
            </a:graphic>
            <wp14:sizeRelH relativeFrom="margin">
              <wp14:pctWidth>0</wp14:pctWidth>
            </wp14:sizeRelH>
            <wp14:sizeRelV relativeFrom="margin">
              <wp14:pctHeight>0</wp14:pctHeight>
            </wp14:sizeRelV>
          </wp:anchor>
        </w:drawing>
      </w:r>
    </w:p>
    <w:p w14:paraId="62A725B7" w14:textId="77777777" w:rsidR="001A36A9" w:rsidRDefault="001A36A9" w:rsidP="0052011B">
      <w:pPr>
        <w:spacing w:before="80" w:after="100"/>
        <w:jc w:val="center"/>
        <w:rPr>
          <w:rFonts w:ascii="Arial" w:hAnsi="Arial"/>
          <w:b/>
          <w:sz w:val="24"/>
          <w:szCs w:val="24"/>
        </w:rPr>
      </w:pPr>
    </w:p>
    <w:p w14:paraId="6B0486F1" w14:textId="77777777" w:rsidR="001A36A9" w:rsidRDefault="001A36A9" w:rsidP="0052011B">
      <w:pPr>
        <w:spacing w:before="80" w:after="100"/>
        <w:jc w:val="center"/>
        <w:rPr>
          <w:rFonts w:ascii="Arial" w:hAnsi="Arial"/>
          <w:b/>
          <w:sz w:val="24"/>
          <w:szCs w:val="24"/>
        </w:rPr>
      </w:pPr>
    </w:p>
    <w:p w14:paraId="189A789D" w14:textId="77777777" w:rsidR="001A36A9" w:rsidRDefault="001A36A9" w:rsidP="0052011B">
      <w:pPr>
        <w:spacing w:before="80" w:after="100"/>
        <w:jc w:val="center"/>
        <w:rPr>
          <w:rFonts w:ascii="Arial" w:hAnsi="Arial"/>
          <w:b/>
          <w:sz w:val="24"/>
          <w:szCs w:val="24"/>
        </w:rPr>
      </w:pPr>
    </w:p>
    <w:p w14:paraId="43A57132" w14:textId="77777777" w:rsidR="001A36A9" w:rsidRDefault="001A36A9" w:rsidP="001A36A9">
      <w:pPr>
        <w:spacing w:before="80" w:after="100"/>
        <w:rPr>
          <w:rFonts w:ascii="Arial" w:hAnsi="Arial"/>
          <w:b/>
          <w:sz w:val="24"/>
          <w:szCs w:val="24"/>
        </w:rPr>
      </w:pPr>
    </w:p>
    <w:p w14:paraId="33BB5518" w14:textId="77777777" w:rsidR="00613F02" w:rsidRPr="00A12C79" w:rsidRDefault="00613F02" w:rsidP="001A36A9">
      <w:pPr>
        <w:spacing w:before="80" w:after="100"/>
        <w:rPr>
          <w:rFonts w:ascii="Arial" w:hAnsi="Arial"/>
          <w:b/>
          <w:sz w:val="36"/>
          <w:szCs w:val="36"/>
        </w:rPr>
      </w:pPr>
    </w:p>
    <w:p w14:paraId="62EDE380" w14:textId="4103A388" w:rsidR="004922CE" w:rsidRPr="00A12C79" w:rsidRDefault="00000000" w:rsidP="0052011B">
      <w:pPr>
        <w:spacing w:before="80" w:after="100"/>
        <w:jc w:val="center"/>
        <w:rPr>
          <w:rFonts w:ascii="Arial" w:hAnsi="Arial"/>
          <w:b/>
          <w:sz w:val="36"/>
          <w:szCs w:val="36"/>
        </w:rPr>
      </w:pPr>
      <w:r w:rsidRPr="00A12C79">
        <w:rPr>
          <w:rFonts w:ascii="Arial" w:hAnsi="Arial"/>
          <w:b/>
          <w:sz w:val="36"/>
          <w:szCs w:val="36"/>
        </w:rPr>
        <w:t>Training and Engagement Officer</w:t>
      </w:r>
    </w:p>
    <w:p w14:paraId="78875864" w14:textId="77777777" w:rsidR="008F29B0" w:rsidRPr="0052011B" w:rsidRDefault="008F29B0" w:rsidP="0052011B">
      <w:pPr>
        <w:spacing w:before="80" w:after="100"/>
        <w:jc w:val="center"/>
        <w:rPr>
          <w:sz w:val="24"/>
          <w:szCs w:val="24"/>
        </w:rPr>
      </w:pPr>
    </w:p>
    <w:p w14:paraId="5B3D978A" w14:textId="4F877858" w:rsidR="004922CE" w:rsidRDefault="001A36A9" w:rsidP="0052011B">
      <w:pPr>
        <w:spacing w:after="80" w:line="240" w:lineRule="auto"/>
        <w:jc w:val="center"/>
        <w:rPr>
          <w:rFonts w:ascii="Arial" w:hAnsi="Arial"/>
          <w:sz w:val="24"/>
          <w:szCs w:val="24"/>
        </w:rPr>
      </w:pPr>
      <w:r>
        <w:rPr>
          <w:rFonts w:ascii="Arial" w:hAnsi="Arial"/>
          <w:sz w:val="24"/>
          <w:szCs w:val="24"/>
        </w:rPr>
        <w:t xml:space="preserve">Office Based: </w:t>
      </w:r>
      <w:r w:rsidR="00000000" w:rsidRPr="0052011B">
        <w:rPr>
          <w:rFonts w:ascii="Arial" w:hAnsi="Arial"/>
          <w:sz w:val="24"/>
          <w:szCs w:val="24"/>
        </w:rPr>
        <w:t>Tees Valley Women’s Centre</w:t>
      </w:r>
      <w:r>
        <w:rPr>
          <w:rFonts w:ascii="Arial" w:hAnsi="Arial"/>
          <w:sz w:val="24"/>
          <w:szCs w:val="24"/>
        </w:rPr>
        <w:t>, Upper Albion Street, Southbank, TS6 6XG</w:t>
      </w:r>
    </w:p>
    <w:p w14:paraId="4F88B2D4" w14:textId="77777777" w:rsidR="008F29B0" w:rsidRPr="0052011B" w:rsidRDefault="008F29B0" w:rsidP="0052011B">
      <w:pPr>
        <w:spacing w:after="80" w:line="240" w:lineRule="auto"/>
        <w:jc w:val="center"/>
        <w:rPr>
          <w:sz w:val="24"/>
          <w:szCs w:val="24"/>
        </w:rPr>
      </w:pPr>
    </w:p>
    <w:p w14:paraId="64EB7481" w14:textId="77777777" w:rsidR="004922CE" w:rsidRPr="0052011B" w:rsidRDefault="00000000" w:rsidP="0052011B">
      <w:pPr>
        <w:spacing w:before="80" w:after="100"/>
        <w:jc w:val="center"/>
        <w:rPr>
          <w:sz w:val="24"/>
          <w:szCs w:val="24"/>
        </w:rPr>
      </w:pPr>
      <w:r w:rsidRPr="0052011B">
        <w:rPr>
          <w:rFonts w:ascii="Arial" w:hAnsi="Arial"/>
          <w:b/>
          <w:sz w:val="24"/>
          <w:szCs w:val="24"/>
        </w:rPr>
        <w:t>About the role</w:t>
      </w:r>
    </w:p>
    <w:p w14:paraId="37E15DDE" w14:textId="70FF063E" w:rsidR="004922CE" w:rsidRPr="0052011B" w:rsidRDefault="00000000" w:rsidP="0052011B">
      <w:pPr>
        <w:spacing w:after="80" w:line="240" w:lineRule="auto"/>
        <w:jc w:val="center"/>
        <w:rPr>
          <w:sz w:val="24"/>
          <w:szCs w:val="24"/>
        </w:rPr>
      </w:pPr>
      <w:r w:rsidRPr="0052011B">
        <w:rPr>
          <w:rFonts w:ascii="Arial" w:hAnsi="Arial"/>
          <w:sz w:val="24"/>
          <w:szCs w:val="24"/>
        </w:rPr>
        <w:t>Tees Valley Women’s Centre is looking for a passionate, supportive and person-</w:t>
      </w:r>
      <w:r w:rsidR="00B34E9E" w:rsidRPr="0052011B">
        <w:rPr>
          <w:rFonts w:ascii="Arial" w:hAnsi="Arial"/>
          <w:sz w:val="24"/>
          <w:szCs w:val="24"/>
        </w:rPr>
        <w:t>centered</w:t>
      </w:r>
      <w:r w:rsidRPr="0052011B">
        <w:rPr>
          <w:rFonts w:ascii="Arial" w:hAnsi="Arial"/>
          <w:sz w:val="24"/>
          <w:szCs w:val="24"/>
        </w:rPr>
        <w:t xml:space="preserve"> Training and Engagement Officer to help women overcome barriers, build confidence and take positive steps towards their personal, educational and employment goals.</w:t>
      </w:r>
    </w:p>
    <w:p w14:paraId="5BDAE1CB" w14:textId="5A205DBD" w:rsidR="004922CE" w:rsidRPr="0052011B" w:rsidRDefault="00000000" w:rsidP="0052011B">
      <w:pPr>
        <w:spacing w:after="80" w:line="240" w:lineRule="auto"/>
        <w:jc w:val="center"/>
        <w:rPr>
          <w:sz w:val="24"/>
          <w:szCs w:val="24"/>
        </w:rPr>
      </w:pPr>
      <w:r w:rsidRPr="0052011B">
        <w:rPr>
          <w:rFonts w:ascii="Arial" w:hAnsi="Arial"/>
          <w:sz w:val="24"/>
          <w:szCs w:val="24"/>
        </w:rPr>
        <w:t>The role will support women from a wide range of backgrounds and circumstances. The successful candidate will take a person-</w:t>
      </w:r>
      <w:r w:rsidR="00B34E9E" w:rsidRPr="0052011B">
        <w:rPr>
          <w:rFonts w:ascii="Arial" w:hAnsi="Arial"/>
          <w:sz w:val="24"/>
          <w:szCs w:val="24"/>
        </w:rPr>
        <w:t>centered</w:t>
      </w:r>
      <w:r w:rsidRPr="0052011B">
        <w:rPr>
          <w:rFonts w:ascii="Arial" w:hAnsi="Arial"/>
          <w:sz w:val="24"/>
          <w:szCs w:val="24"/>
        </w:rPr>
        <w:t>, strengths-based and supportive approach, working alongside women to understand their individual goals, identify opportunities for learning and development, and provide encouragement and practical support throughout their learning journey.</w:t>
      </w:r>
    </w:p>
    <w:p w14:paraId="771501E8" w14:textId="2435ECEB" w:rsidR="004922CE" w:rsidRDefault="00000000" w:rsidP="0052011B">
      <w:pPr>
        <w:spacing w:after="80" w:line="240" w:lineRule="auto"/>
        <w:jc w:val="center"/>
        <w:rPr>
          <w:rFonts w:ascii="Arial" w:hAnsi="Arial"/>
          <w:sz w:val="24"/>
          <w:szCs w:val="24"/>
        </w:rPr>
      </w:pPr>
      <w:r w:rsidRPr="0052011B">
        <w:rPr>
          <w:rFonts w:ascii="Arial" w:hAnsi="Arial"/>
          <w:sz w:val="24"/>
          <w:szCs w:val="24"/>
        </w:rPr>
        <w:t>You will be an important part of our small and dedicated team. We are looking for someone who is flexible</w:t>
      </w:r>
      <w:r w:rsidR="00DD3FA2">
        <w:rPr>
          <w:rFonts w:ascii="Arial" w:hAnsi="Arial"/>
          <w:sz w:val="24"/>
          <w:szCs w:val="24"/>
        </w:rPr>
        <w:t xml:space="preserve"> and</w:t>
      </w:r>
      <w:r w:rsidRPr="0052011B">
        <w:rPr>
          <w:rFonts w:ascii="Arial" w:hAnsi="Arial"/>
          <w:sz w:val="24"/>
          <w:szCs w:val="24"/>
        </w:rPr>
        <w:t xml:space="preserve"> adaptable</w:t>
      </w:r>
      <w:r w:rsidRPr="0052011B">
        <w:rPr>
          <w:rFonts w:ascii="Arial" w:hAnsi="Arial"/>
          <w:sz w:val="24"/>
          <w:szCs w:val="24"/>
        </w:rPr>
        <w:t>, supporting colleagues and contributing wherever needed to ensure the women who access our services receive the best possible support.</w:t>
      </w:r>
    </w:p>
    <w:p w14:paraId="29517082" w14:textId="77777777" w:rsidR="008F29B0" w:rsidRPr="0052011B" w:rsidRDefault="008F29B0" w:rsidP="0052011B">
      <w:pPr>
        <w:spacing w:after="80" w:line="240" w:lineRule="auto"/>
        <w:jc w:val="center"/>
        <w:rPr>
          <w:sz w:val="24"/>
          <w:szCs w:val="24"/>
        </w:rPr>
      </w:pPr>
    </w:p>
    <w:p w14:paraId="7BF72753" w14:textId="77777777" w:rsidR="004922CE" w:rsidRPr="00100410" w:rsidRDefault="00000000" w:rsidP="0052011B">
      <w:pPr>
        <w:spacing w:before="80" w:after="100"/>
        <w:jc w:val="center"/>
        <w:rPr>
          <w:sz w:val="28"/>
          <w:szCs w:val="28"/>
        </w:rPr>
      </w:pPr>
      <w:r w:rsidRPr="00100410">
        <w:rPr>
          <w:rFonts w:ascii="Arial" w:hAnsi="Arial"/>
          <w:b/>
          <w:sz w:val="28"/>
          <w:szCs w:val="28"/>
        </w:rPr>
        <w:t>Working hours</w:t>
      </w:r>
    </w:p>
    <w:p w14:paraId="53AC99B5" w14:textId="77777777" w:rsidR="004922CE" w:rsidRPr="00100410" w:rsidRDefault="00000000" w:rsidP="0052011B">
      <w:pPr>
        <w:spacing w:after="80" w:line="240" w:lineRule="auto"/>
        <w:jc w:val="center"/>
        <w:rPr>
          <w:rFonts w:ascii="Arial" w:hAnsi="Arial"/>
          <w:b/>
          <w:bCs/>
          <w:sz w:val="24"/>
          <w:szCs w:val="24"/>
        </w:rPr>
      </w:pPr>
      <w:r w:rsidRPr="00100410">
        <w:rPr>
          <w:rFonts w:ascii="Arial" w:hAnsi="Arial"/>
          <w:b/>
          <w:bCs/>
          <w:sz w:val="24"/>
          <w:szCs w:val="24"/>
        </w:rPr>
        <w:t>Monday to Thursday, 8.30am – 4.30pm</w:t>
      </w:r>
    </w:p>
    <w:p w14:paraId="7CE57213" w14:textId="58D0087A" w:rsidR="00AD50E4" w:rsidRPr="00100410" w:rsidRDefault="00AD50E4" w:rsidP="0052011B">
      <w:pPr>
        <w:spacing w:after="80" w:line="240" w:lineRule="auto"/>
        <w:jc w:val="center"/>
        <w:rPr>
          <w:rFonts w:ascii="Arial" w:hAnsi="Arial"/>
          <w:b/>
          <w:bCs/>
          <w:sz w:val="24"/>
          <w:szCs w:val="24"/>
        </w:rPr>
      </w:pPr>
      <w:r w:rsidRPr="00100410">
        <w:rPr>
          <w:rFonts w:ascii="Arial" w:hAnsi="Arial"/>
          <w:b/>
          <w:bCs/>
          <w:sz w:val="24"/>
          <w:szCs w:val="24"/>
        </w:rPr>
        <w:t>Wage</w:t>
      </w:r>
      <w:r w:rsidR="00E2466D" w:rsidRPr="00100410">
        <w:rPr>
          <w:rFonts w:ascii="Arial" w:hAnsi="Arial"/>
          <w:b/>
          <w:bCs/>
          <w:sz w:val="24"/>
          <w:szCs w:val="24"/>
        </w:rPr>
        <w:t>: £28,705 30 hours per week Monday to Thursday</w:t>
      </w:r>
    </w:p>
    <w:p w14:paraId="39E0F5A3" w14:textId="37221E8D" w:rsidR="00995A9D" w:rsidRPr="00100410" w:rsidRDefault="00995A9D" w:rsidP="0052011B">
      <w:pPr>
        <w:spacing w:after="80" w:line="240" w:lineRule="auto"/>
        <w:jc w:val="center"/>
        <w:rPr>
          <w:rFonts w:ascii="Arial" w:hAnsi="Arial"/>
          <w:b/>
          <w:bCs/>
          <w:sz w:val="24"/>
          <w:szCs w:val="24"/>
        </w:rPr>
      </w:pPr>
      <w:r w:rsidRPr="00100410">
        <w:rPr>
          <w:rFonts w:ascii="Arial" w:hAnsi="Arial"/>
          <w:b/>
          <w:bCs/>
          <w:sz w:val="24"/>
          <w:szCs w:val="24"/>
        </w:rPr>
        <w:t xml:space="preserve">Holiday entitlement: 32 Holidays per year includes banks holidays </w:t>
      </w:r>
      <w:r w:rsidR="008920DB" w:rsidRPr="00100410">
        <w:rPr>
          <w:rFonts w:ascii="Arial" w:hAnsi="Arial"/>
          <w:b/>
          <w:bCs/>
          <w:sz w:val="24"/>
          <w:szCs w:val="24"/>
        </w:rPr>
        <w:t>pro</w:t>
      </w:r>
      <w:r w:rsidR="000552F8">
        <w:rPr>
          <w:rFonts w:ascii="Arial" w:hAnsi="Arial"/>
          <w:b/>
          <w:bCs/>
          <w:sz w:val="24"/>
          <w:szCs w:val="24"/>
        </w:rPr>
        <w:t>-</w:t>
      </w:r>
      <w:r w:rsidR="008920DB" w:rsidRPr="00100410">
        <w:rPr>
          <w:rFonts w:ascii="Arial" w:hAnsi="Arial"/>
          <w:b/>
          <w:bCs/>
          <w:sz w:val="24"/>
          <w:szCs w:val="24"/>
        </w:rPr>
        <w:t>rata</w:t>
      </w:r>
    </w:p>
    <w:p w14:paraId="1F451699" w14:textId="77777777" w:rsidR="008920DB" w:rsidRPr="0052011B" w:rsidRDefault="008920DB" w:rsidP="0052011B">
      <w:pPr>
        <w:spacing w:after="80" w:line="240" w:lineRule="auto"/>
        <w:jc w:val="center"/>
        <w:rPr>
          <w:sz w:val="24"/>
          <w:szCs w:val="24"/>
        </w:rPr>
      </w:pPr>
    </w:p>
    <w:p w14:paraId="1F9186A7" w14:textId="77777777" w:rsidR="004922CE" w:rsidRPr="0052011B" w:rsidRDefault="00000000" w:rsidP="0052011B">
      <w:pPr>
        <w:spacing w:after="80" w:line="240" w:lineRule="auto"/>
        <w:jc w:val="center"/>
        <w:rPr>
          <w:sz w:val="24"/>
          <w:szCs w:val="24"/>
        </w:rPr>
      </w:pPr>
      <w:r w:rsidRPr="0052011B">
        <w:rPr>
          <w:rFonts w:ascii="Arial" w:hAnsi="Arial"/>
          <w:sz w:val="24"/>
          <w:szCs w:val="24"/>
        </w:rPr>
        <w:t>The role requires a flexible approach to work. As part of a small team, everyone plays an important role in supporting the smooth running of the Centre. The successful candidate will be willing to support colleagues, take on a range of tasks and help wherever needed to ensure women accessing our services feel welcomed, supported and valued.</w:t>
      </w:r>
    </w:p>
    <w:p w14:paraId="2CE77C9A" w14:textId="77777777" w:rsidR="004922CE" w:rsidRPr="0052011B" w:rsidRDefault="00000000" w:rsidP="0052011B">
      <w:pPr>
        <w:jc w:val="center"/>
        <w:rPr>
          <w:sz w:val="24"/>
          <w:szCs w:val="24"/>
        </w:rPr>
      </w:pPr>
      <w:r w:rsidRPr="0052011B">
        <w:rPr>
          <w:sz w:val="24"/>
          <w:szCs w:val="24"/>
        </w:rPr>
        <w:br w:type="page"/>
      </w:r>
    </w:p>
    <w:p w14:paraId="15686F3D" w14:textId="66CB2022" w:rsidR="001A36A9" w:rsidRDefault="003B682D">
      <w:pPr>
        <w:spacing w:before="80" w:after="100"/>
        <w:rPr>
          <w:rFonts w:ascii="Arial" w:hAnsi="Arial" w:cs="Arial"/>
          <w:b/>
          <w:sz w:val="24"/>
          <w:szCs w:val="24"/>
        </w:rPr>
      </w:pPr>
      <w:r>
        <w:rPr>
          <w:rFonts w:ascii="Times New Roman" w:hAnsi="Times New Roman"/>
          <w:noProof/>
          <w:color w:val="5F497A" w:themeColor="accent4" w:themeShade="BF"/>
          <w:lang w:val="en-GB" w:eastAsia="en-GB"/>
        </w:rPr>
        <w:lastRenderedPageBreak/>
        <w:drawing>
          <wp:anchor distT="0" distB="0" distL="114300" distR="114300" simplePos="0" relativeHeight="251663360" behindDoc="1" locked="0" layoutInCell="1" allowOverlap="1" wp14:anchorId="199CAF91" wp14:editId="065059B4">
            <wp:simplePos x="0" y="0"/>
            <wp:positionH relativeFrom="margin">
              <wp:align>left</wp:align>
            </wp:positionH>
            <wp:positionV relativeFrom="paragraph">
              <wp:posOffset>-1905</wp:posOffset>
            </wp:positionV>
            <wp:extent cx="2447925" cy="885825"/>
            <wp:effectExtent l="0" t="0" r="9525" b="9525"/>
            <wp:wrapNone/>
            <wp:docPr id="620065551"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447925" cy="885825"/>
                    </a:xfrm>
                    <a:prstGeom prst="rect">
                      <a:avLst/>
                    </a:prstGeom>
                  </pic:spPr>
                </pic:pic>
              </a:graphicData>
            </a:graphic>
            <wp14:sizeRelH relativeFrom="margin">
              <wp14:pctWidth>0</wp14:pctWidth>
            </wp14:sizeRelH>
            <wp14:sizeRelV relativeFrom="margin">
              <wp14:pctHeight>0</wp14:pctHeight>
            </wp14:sizeRelV>
          </wp:anchor>
        </w:drawing>
      </w:r>
    </w:p>
    <w:p w14:paraId="6C7743C9" w14:textId="77777777" w:rsidR="001A36A9" w:rsidRDefault="001A36A9">
      <w:pPr>
        <w:spacing w:before="80" w:after="100"/>
        <w:rPr>
          <w:rFonts w:ascii="Arial" w:hAnsi="Arial" w:cs="Arial"/>
          <w:b/>
          <w:sz w:val="24"/>
          <w:szCs w:val="24"/>
        </w:rPr>
      </w:pPr>
    </w:p>
    <w:p w14:paraId="098AC3A4" w14:textId="77777777" w:rsidR="001A36A9" w:rsidRDefault="001A36A9">
      <w:pPr>
        <w:spacing w:before="80" w:after="100"/>
        <w:rPr>
          <w:rFonts w:ascii="Arial" w:hAnsi="Arial" w:cs="Arial"/>
          <w:b/>
          <w:sz w:val="24"/>
          <w:szCs w:val="24"/>
        </w:rPr>
      </w:pPr>
    </w:p>
    <w:p w14:paraId="6E24A436" w14:textId="77777777" w:rsidR="001A36A9" w:rsidRDefault="001A36A9">
      <w:pPr>
        <w:spacing w:before="80" w:after="100"/>
        <w:rPr>
          <w:rFonts w:ascii="Arial" w:hAnsi="Arial" w:cs="Arial"/>
          <w:b/>
          <w:sz w:val="24"/>
          <w:szCs w:val="24"/>
        </w:rPr>
      </w:pPr>
    </w:p>
    <w:p w14:paraId="228C9BF4" w14:textId="77777777" w:rsidR="00154781" w:rsidRDefault="00154781">
      <w:pPr>
        <w:spacing w:before="80" w:after="100"/>
        <w:rPr>
          <w:rFonts w:ascii="Arial" w:hAnsi="Arial" w:cs="Arial"/>
          <w:b/>
          <w:sz w:val="24"/>
          <w:szCs w:val="24"/>
        </w:rPr>
      </w:pPr>
    </w:p>
    <w:p w14:paraId="47A3E1CF" w14:textId="2B802553" w:rsidR="004922CE" w:rsidRPr="001A36A9" w:rsidRDefault="00000000">
      <w:pPr>
        <w:spacing w:before="80" w:after="100"/>
        <w:rPr>
          <w:rFonts w:ascii="Arial" w:hAnsi="Arial" w:cs="Arial"/>
          <w:sz w:val="24"/>
          <w:szCs w:val="24"/>
        </w:rPr>
      </w:pPr>
      <w:r w:rsidRPr="001A36A9">
        <w:rPr>
          <w:rFonts w:ascii="Arial" w:hAnsi="Arial" w:cs="Arial"/>
          <w:b/>
          <w:sz w:val="24"/>
          <w:szCs w:val="24"/>
        </w:rPr>
        <w:t>Key responsibilities</w:t>
      </w:r>
    </w:p>
    <w:p w14:paraId="751A8F13" w14:textId="7B7517AD"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 xml:space="preserve">Engage with women in a welcoming, respectful and </w:t>
      </w:r>
      <w:r w:rsidR="00B34E9E" w:rsidRPr="001A36A9">
        <w:rPr>
          <w:rFonts w:ascii="Arial" w:hAnsi="Arial" w:cs="Arial"/>
          <w:sz w:val="24"/>
          <w:szCs w:val="24"/>
        </w:rPr>
        <w:t>non-judgmental</w:t>
      </w:r>
      <w:r w:rsidRPr="001A36A9">
        <w:rPr>
          <w:rFonts w:ascii="Arial" w:hAnsi="Arial" w:cs="Arial"/>
          <w:sz w:val="24"/>
          <w:szCs w:val="24"/>
        </w:rPr>
        <w:t xml:space="preserve"> way, building positive and trusting relationships.</w:t>
      </w:r>
    </w:p>
    <w:p w14:paraId="16EFB3AE"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Assess individual needs, aspirations, strengths and barriers to learning, training and engagement.</w:t>
      </w:r>
    </w:p>
    <w:p w14:paraId="04CCE3B8"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Support women to identify and work towards realistic personal, learning, volunteering, training and employment goals.</w:t>
      </w:r>
    </w:p>
    <w:p w14:paraId="4348C496"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Develop and deliver engaging learning, training, confidence-building and skills-based activities tailored to the needs of women accessing the Centre.</w:t>
      </w:r>
    </w:p>
    <w:p w14:paraId="0092DBA8"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Help women overcome barriers to participation, including low confidence, isolation, previous negative experiences of education, caring responsibilities and other personal or practical challenges.</w:t>
      </w:r>
    </w:p>
    <w:p w14:paraId="1D0161DF"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Support women to develop skills, confidence and independence.</w:t>
      </w:r>
    </w:p>
    <w:p w14:paraId="59147770"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 xml:space="preserve">Encourage women to </w:t>
      </w:r>
      <w:proofErr w:type="spellStart"/>
      <w:r w:rsidRPr="001A36A9">
        <w:rPr>
          <w:rFonts w:ascii="Arial" w:hAnsi="Arial" w:cs="Arial"/>
          <w:sz w:val="24"/>
          <w:szCs w:val="24"/>
        </w:rPr>
        <w:t>recognise</w:t>
      </w:r>
      <w:proofErr w:type="spellEnd"/>
      <w:r w:rsidRPr="001A36A9">
        <w:rPr>
          <w:rFonts w:ascii="Arial" w:hAnsi="Arial" w:cs="Arial"/>
          <w:sz w:val="24"/>
          <w:szCs w:val="24"/>
        </w:rPr>
        <w:t xml:space="preserve"> and celebrate their achievements and progress.</w:t>
      </w:r>
    </w:p>
    <w:p w14:paraId="0136D759" w14:textId="77777777" w:rsidR="004922CE" w:rsidRDefault="00000000">
      <w:pPr>
        <w:pStyle w:val="ListBullet"/>
        <w:spacing w:after="40" w:line="240" w:lineRule="auto"/>
        <w:rPr>
          <w:rFonts w:ascii="Arial" w:hAnsi="Arial" w:cs="Arial"/>
          <w:sz w:val="24"/>
          <w:szCs w:val="24"/>
        </w:rPr>
      </w:pPr>
      <w:r w:rsidRPr="001A36A9">
        <w:rPr>
          <w:rFonts w:ascii="Arial" w:hAnsi="Arial" w:cs="Arial"/>
          <w:sz w:val="24"/>
          <w:szCs w:val="24"/>
        </w:rPr>
        <w:t xml:space="preserve">Signpost and refer women to appropriate specialist services and partner </w:t>
      </w:r>
      <w:proofErr w:type="spellStart"/>
      <w:r w:rsidRPr="001A36A9">
        <w:rPr>
          <w:rFonts w:ascii="Arial" w:hAnsi="Arial" w:cs="Arial"/>
          <w:sz w:val="24"/>
          <w:szCs w:val="24"/>
        </w:rPr>
        <w:t>organisations</w:t>
      </w:r>
      <w:proofErr w:type="spellEnd"/>
      <w:r w:rsidRPr="001A36A9">
        <w:rPr>
          <w:rFonts w:ascii="Arial" w:hAnsi="Arial" w:cs="Arial"/>
          <w:sz w:val="24"/>
          <w:szCs w:val="24"/>
        </w:rPr>
        <w:t xml:space="preserve"> where additional support is required.</w:t>
      </w:r>
    </w:p>
    <w:p w14:paraId="246FB869" w14:textId="59309FBD" w:rsidR="006174AA" w:rsidRPr="001A36A9" w:rsidRDefault="006174AA">
      <w:pPr>
        <w:pStyle w:val="ListBullet"/>
        <w:spacing w:after="40" w:line="240" w:lineRule="auto"/>
        <w:rPr>
          <w:rFonts w:ascii="Arial" w:hAnsi="Arial" w:cs="Arial"/>
          <w:sz w:val="24"/>
          <w:szCs w:val="24"/>
        </w:rPr>
      </w:pPr>
      <w:r>
        <w:rPr>
          <w:rFonts w:ascii="Arial" w:hAnsi="Arial" w:cs="Arial"/>
          <w:sz w:val="24"/>
          <w:szCs w:val="24"/>
        </w:rPr>
        <w:t>Work with t</w:t>
      </w:r>
      <w:r w:rsidR="008C6F39">
        <w:rPr>
          <w:rFonts w:ascii="Arial" w:hAnsi="Arial" w:cs="Arial"/>
          <w:sz w:val="24"/>
          <w:szCs w:val="24"/>
        </w:rPr>
        <w:t xml:space="preserve">raining providers </w:t>
      </w:r>
      <w:r w:rsidR="0017540C">
        <w:rPr>
          <w:rFonts w:ascii="Arial" w:hAnsi="Arial" w:cs="Arial"/>
          <w:sz w:val="24"/>
          <w:szCs w:val="24"/>
        </w:rPr>
        <w:t>to secure courses and opportunities for the women</w:t>
      </w:r>
      <w:r w:rsidR="000C3428">
        <w:rPr>
          <w:rFonts w:ascii="Arial" w:hAnsi="Arial" w:cs="Arial"/>
          <w:sz w:val="24"/>
          <w:szCs w:val="24"/>
        </w:rPr>
        <w:t>.</w:t>
      </w:r>
    </w:p>
    <w:p w14:paraId="2FF0306C"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Work collaboratively with colleagues and external agencies to provide effective and holistic support.</w:t>
      </w:r>
    </w:p>
    <w:p w14:paraId="2C7E76D4"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Contribute to outreach and engagement activities to encourage women who may be isolated or reluctant to access support.</w:t>
      </w:r>
    </w:p>
    <w:p w14:paraId="0AA16EF6"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Maintain accurate, confidential records of engagement, support and outcomes.</w:t>
      </w:r>
    </w:p>
    <w:p w14:paraId="6E2A7738"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Monitor and evaluate activities to demonstrate positive outcomes and continuous improvement.</w:t>
      </w:r>
    </w:p>
    <w:p w14:paraId="6E2C891A"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Promote equality, diversity, safeguarding and the wellbeing of all women accessing the Centre.</w:t>
      </w:r>
    </w:p>
    <w:p w14:paraId="3D94A64D"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Contribute to creating a safe, inclusive and empowering environment where women feel valued, listened to and respected.</w:t>
      </w:r>
    </w:p>
    <w:p w14:paraId="0ABCBB8E"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Support the wider team with the day-to-day running of the Centre, including tasks outside of the core responsibilities of the role when required.</w:t>
      </w:r>
    </w:p>
    <w:p w14:paraId="0573F96D" w14:textId="77777777" w:rsidR="004922CE" w:rsidRDefault="00000000">
      <w:pPr>
        <w:pStyle w:val="ListBullet"/>
        <w:spacing w:after="40" w:line="240" w:lineRule="auto"/>
        <w:rPr>
          <w:rFonts w:ascii="Arial" w:hAnsi="Arial" w:cs="Arial"/>
          <w:sz w:val="24"/>
          <w:szCs w:val="24"/>
        </w:rPr>
      </w:pPr>
      <w:r w:rsidRPr="001A36A9">
        <w:rPr>
          <w:rFonts w:ascii="Arial" w:hAnsi="Arial" w:cs="Arial"/>
          <w:sz w:val="24"/>
          <w:szCs w:val="24"/>
        </w:rPr>
        <w:t>Be willing to muck in, work collaboratively and support colleagues to meet the needs of the Centre and the women who access our services.</w:t>
      </w:r>
    </w:p>
    <w:p w14:paraId="489E65A2" w14:textId="77777777" w:rsidR="00CE6BDF" w:rsidRDefault="00CE6BDF" w:rsidP="00CE6BDF">
      <w:pPr>
        <w:pStyle w:val="ListBullet"/>
        <w:numPr>
          <w:ilvl w:val="0"/>
          <w:numId w:val="0"/>
        </w:numPr>
        <w:spacing w:after="40" w:line="240" w:lineRule="auto"/>
        <w:ind w:left="360" w:hanging="360"/>
        <w:rPr>
          <w:rFonts w:ascii="Arial" w:hAnsi="Arial" w:cs="Arial"/>
          <w:sz w:val="24"/>
          <w:szCs w:val="24"/>
        </w:rPr>
      </w:pPr>
    </w:p>
    <w:p w14:paraId="4946F100" w14:textId="77777777" w:rsidR="00CE6BDF" w:rsidRDefault="00CE6BDF" w:rsidP="00CE6BDF">
      <w:pPr>
        <w:pStyle w:val="ListBullet"/>
        <w:numPr>
          <w:ilvl w:val="0"/>
          <w:numId w:val="0"/>
        </w:numPr>
        <w:spacing w:after="40" w:line="240" w:lineRule="auto"/>
        <w:ind w:left="360" w:hanging="360"/>
        <w:rPr>
          <w:rFonts w:ascii="Arial" w:hAnsi="Arial" w:cs="Arial"/>
          <w:sz w:val="24"/>
          <w:szCs w:val="24"/>
        </w:rPr>
      </w:pPr>
    </w:p>
    <w:p w14:paraId="0E915913" w14:textId="394EB359" w:rsidR="00CE6BDF" w:rsidRDefault="00B06294" w:rsidP="00CE6BDF">
      <w:pPr>
        <w:pStyle w:val="ListBullet"/>
        <w:numPr>
          <w:ilvl w:val="0"/>
          <w:numId w:val="0"/>
        </w:numPr>
        <w:spacing w:after="40" w:line="240" w:lineRule="auto"/>
        <w:ind w:left="360" w:hanging="360"/>
        <w:rPr>
          <w:rFonts w:ascii="Arial" w:hAnsi="Arial" w:cs="Arial"/>
          <w:b/>
          <w:bCs/>
          <w:sz w:val="24"/>
          <w:szCs w:val="24"/>
        </w:rPr>
      </w:pPr>
      <w:r w:rsidRPr="00B06294">
        <w:rPr>
          <w:rFonts w:ascii="Arial" w:hAnsi="Arial" w:cs="Arial"/>
          <w:b/>
          <w:bCs/>
          <w:sz w:val="24"/>
          <w:szCs w:val="24"/>
        </w:rPr>
        <w:t>Outreach &amp; Community Engagement</w:t>
      </w:r>
    </w:p>
    <w:p w14:paraId="47D99046" w14:textId="77777777" w:rsidR="00887D82" w:rsidRPr="00B06294" w:rsidRDefault="00887D82" w:rsidP="00CE6BDF">
      <w:pPr>
        <w:pStyle w:val="ListBullet"/>
        <w:numPr>
          <w:ilvl w:val="0"/>
          <w:numId w:val="0"/>
        </w:numPr>
        <w:spacing w:after="40" w:line="240" w:lineRule="auto"/>
        <w:ind w:left="360" w:hanging="360"/>
        <w:rPr>
          <w:rFonts w:ascii="Arial" w:hAnsi="Arial" w:cs="Arial"/>
          <w:b/>
          <w:bCs/>
          <w:sz w:val="24"/>
          <w:szCs w:val="24"/>
        </w:rPr>
      </w:pPr>
    </w:p>
    <w:p w14:paraId="2CEEEDCC" w14:textId="5F2B8583" w:rsidR="0052011B" w:rsidRDefault="00B96D47" w:rsidP="00B06294">
      <w:pPr>
        <w:pStyle w:val="ListBullet"/>
        <w:rPr>
          <w:rFonts w:ascii="Arial" w:hAnsi="Arial" w:cs="Arial"/>
          <w:sz w:val="24"/>
          <w:szCs w:val="24"/>
        </w:rPr>
      </w:pPr>
      <w:r>
        <w:rPr>
          <w:rFonts w:ascii="Arial" w:hAnsi="Arial" w:cs="Arial"/>
          <w:sz w:val="24"/>
          <w:szCs w:val="24"/>
        </w:rPr>
        <w:t>Build and maintain positive relationships with local community groups, training providers and partner agencies.</w:t>
      </w:r>
    </w:p>
    <w:p w14:paraId="5634109C" w14:textId="1E32C87C" w:rsidR="0048542D" w:rsidRDefault="0048542D" w:rsidP="00B06294">
      <w:pPr>
        <w:pStyle w:val="ListBullet"/>
        <w:rPr>
          <w:rFonts w:ascii="Arial" w:hAnsi="Arial" w:cs="Arial"/>
          <w:sz w:val="24"/>
          <w:szCs w:val="24"/>
        </w:rPr>
      </w:pPr>
      <w:r>
        <w:rPr>
          <w:rFonts w:ascii="Arial" w:hAnsi="Arial" w:cs="Arial"/>
          <w:sz w:val="24"/>
          <w:szCs w:val="24"/>
        </w:rPr>
        <w:t>Support the planning and delivery of events, workshops an</w:t>
      </w:r>
      <w:r w:rsidR="00E547BE">
        <w:rPr>
          <w:rFonts w:ascii="Arial" w:hAnsi="Arial" w:cs="Arial"/>
          <w:sz w:val="24"/>
          <w:szCs w:val="24"/>
        </w:rPr>
        <w:t>d training modules.</w:t>
      </w:r>
    </w:p>
    <w:p w14:paraId="23F4212B" w14:textId="408B488F" w:rsidR="007A4D02" w:rsidRDefault="007A4D02" w:rsidP="00B06294">
      <w:pPr>
        <w:pStyle w:val="ListBullet"/>
        <w:rPr>
          <w:rFonts w:ascii="Arial" w:hAnsi="Arial" w:cs="Arial"/>
          <w:sz w:val="24"/>
          <w:szCs w:val="24"/>
        </w:rPr>
      </w:pPr>
      <w:r>
        <w:rPr>
          <w:rFonts w:ascii="Arial" w:hAnsi="Arial" w:cs="Arial"/>
          <w:sz w:val="24"/>
          <w:szCs w:val="24"/>
        </w:rPr>
        <w:t>Promote the services of Tees Valley Women’s Centre across the local community</w:t>
      </w:r>
      <w:r w:rsidR="0061442D">
        <w:rPr>
          <w:rFonts w:ascii="Arial" w:hAnsi="Arial" w:cs="Arial"/>
          <w:sz w:val="24"/>
          <w:szCs w:val="24"/>
        </w:rPr>
        <w:t>.</w:t>
      </w:r>
    </w:p>
    <w:p w14:paraId="45EBD2B8" w14:textId="5709247E" w:rsidR="0061442D" w:rsidRDefault="0061442D" w:rsidP="00B06294">
      <w:pPr>
        <w:pStyle w:val="ListBullet"/>
        <w:rPr>
          <w:rFonts w:ascii="Arial" w:hAnsi="Arial" w:cs="Arial"/>
          <w:sz w:val="24"/>
          <w:szCs w:val="24"/>
        </w:rPr>
      </w:pPr>
      <w:r>
        <w:rPr>
          <w:rFonts w:ascii="Arial" w:hAnsi="Arial" w:cs="Arial"/>
          <w:sz w:val="24"/>
          <w:szCs w:val="24"/>
        </w:rPr>
        <w:t>Contribute to outreach and engagement activities aimed at reaching women who may be isolated or reluctant to access support.</w:t>
      </w:r>
    </w:p>
    <w:p w14:paraId="5CB1A9B7" w14:textId="77777777" w:rsidR="000816C4" w:rsidRDefault="000816C4" w:rsidP="000816C4">
      <w:pPr>
        <w:pStyle w:val="ListBullet"/>
        <w:numPr>
          <w:ilvl w:val="0"/>
          <w:numId w:val="0"/>
        </w:numPr>
        <w:ind w:left="360" w:hanging="360"/>
        <w:rPr>
          <w:rFonts w:ascii="Arial" w:hAnsi="Arial" w:cs="Arial"/>
          <w:sz w:val="24"/>
          <w:szCs w:val="24"/>
        </w:rPr>
      </w:pPr>
    </w:p>
    <w:p w14:paraId="517A2A54" w14:textId="77777777" w:rsidR="000816C4" w:rsidRDefault="000816C4" w:rsidP="000816C4">
      <w:pPr>
        <w:rPr>
          <w:rFonts w:ascii="Arial" w:hAnsi="Arial" w:cs="Arial"/>
          <w:b/>
          <w:bCs/>
          <w:sz w:val="24"/>
          <w:szCs w:val="24"/>
        </w:rPr>
      </w:pPr>
    </w:p>
    <w:p w14:paraId="3BCAE8E0" w14:textId="77777777" w:rsidR="000816C4" w:rsidRDefault="000816C4" w:rsidP="000816C4">
      <w:pPr>
        <w:rPr>
          <w:rFonts w:ascii="Arial" w:hAnsi="Arial" w:cs="Arial"/>
          <w:b/>
          <w:bCs/>
          <w:sz w:val="24"/>
          <w:szCs w:val="24"/>
        </w:rPr>
      </w:pPr>
    </w:p>
    <w:p w14:paraId="5DC64298" w14:textId="56B6BF04" w:rsidR="000816C4" w:rsidRDefault="000816C4" w:rsidP="000816C4">
      <w:pPr>
        <w:rPr>
          <w:rFonts w:ascii="Arial" w:hAnsi="Arial" w:cs="Arial"/>
          <w:b/>
          <w:bCs/>
          <w:sz w:val="24"/>
          <w:szCs w:val="24"/>
        </w:rPr>
      </w:pPr>
      <w:r w:rsidRPr="009A084E">
        <w:rPr>
          <w:rFonts w:ascii="Arial" w:hAnsi="Arial" w:cs="Arial"/>
          <w:b/>
          <w:bCs/>
          <w:sz w:val="24"/>
          <w:szCs w:val="24"/>
        </w:rPr>
        <w:t>Monitoring and Administration</w:t>
      </w:r>
    </w:p>
    <w:p w14:paraId="19F5AC4B" w14:textId="77777777" w:rsidR="000816C4" w:rsidRDefault="000816C4" w:rsidP="000816C4">
      <w:pPr>
        <w:pStyle w:val="ListBullet"/>
        <w:rPr>
          <w:rFonts w:ascii="Arial" w:hAnsi="Arial" w:cs="Arial"/>
          <w:sz w:val="24"/>
          <w:szCs w:val="24"/>
        </w:rPr>
      </w:pPr>
      <w:r w:rsidRPr="009A084E">
        <w:rPr>
          <w:rFonts w:ascii="Arial" w:hAnsi="Arial" w:cs="Arial"/>
          <w:sz w:val="24"/>
          <w:szCs w:val="24"/>
        </w:rPr>
        <w:t>Main</w:t>
      </w:r>
      <w:r>
        <w:rPr>
          <w:rFonts w:ascii="Arial" w:hAnsi="Arial" w:cs="Arial"/>
          <w:sz w:val="24"/>
          <w:szCs w:val="24"/>
        </w:rPr>
        <w:t>tain accurate, confidential and up-to-date records of engagement, support and outcomes</w:t>
      </w:r>
    </w:p>
    <w:p w14:paraId="00DF8261" w14:textId="77777777" w:rsidR="000816C4" w:rsidRDefault="000816C4" w:rsidP="000816C4">
      <w:pPr>
        <w:pStyle w:val="ListBullet"/>
        <w:rPr>
          <w:rFonts w:ascii="Arial" w:hAnsi="Arial" w:cs="Arial"/>
          <w:sz w:val="24"/>
          <w:szCs w:val="24"/>
        </w:rPr>
      </w:pPr>
      <w:r>
        <w:rPr>
          <w:rFonts w:ascii="Arial" w:hAnsi="Arial" w:cs="Arial"/>
          <w:sz w:val="24"/>
          <w:szCs w:val="24"/>
        </w:rPr>
        <w:t>Monitor and evaluate activities and services to demonstrate impact and continuous improvement.</w:t>
      </w:r>
    </w:p>
    <w:p w14:paraId="19998182" w14:textId="77777777" w:rsidR="000816C4" w:rsidRDefault="000816C4" w:rsidP="000816C4">
      <w:pPr>
        <w:pStyle w:val="ListBullet"/>
        <w:rPr>
          <w:rFonts w:ascii="Arial" w:hAnsi="Arial" w:cs="Arial"/>
          <w:sz w:val="24"/>
          <w:szCs w:val="24"/>
        </w:rPr>
      </w:pPr>
      <w:r>
        <w:rPr>
          <w:rFonts w:ascii="Arial" w:hAnsi="Arial" w:cs="Arial"/>
          <w:sz w:val="24"/>
          <w:szCs w:val="24"/>
        </w:rPr>
        <w:t>Collect participant feedback, outcome data and case studies to evidence success and inform service development.</w:t>
      </w:r>
    </w:p>
    <w:p w14:paraId="310A0988" w14:textId="77777777" w:rsidR="000816C4" w:rsidRDefault="000816C4" w:rsidP="000816C4">
      <w:pPr>
        <w:pStyle w:val="ListBullet"/>
        <w:rPr>
          <w:rFonts w:ascii="Arial" w:hAnsi="Arial" w:cs="Arial"/>
          <w:sz w:val="24"/>
          <w:szCs w:val="24"/>
        </w:rPr>
      </w:pPr>
      <w:r>
        <w:rPr>
          <w:rFonts w:ascii="Arial" w:hAnsi="Arial" w:cs="Arial"/>
          <w:sz w:val="24"/>
          <w:szCs w:val="24"/>
        </w:rPr>
        <w:t>Contribute to project reporting and the achievement of funding outcomes and organizational targets.</w:t>
      </w:r>
    </w:p>
    <w:p w14:paraId="691C7950" w14:textId="77777777" w:rsidR="000816C4" w:rsidRDefault="000816C4" w:rsidP="000816C4">
      <w:pPr>
        <w:pStyle w:val="ListBullet"/>
        <w:rPr>
          <w:rFonts w:ascii="Arial" w:hAnsi="Arial" w:cs="Arial"/>
          <w:sz w:val="24"/>
          <w:szCs w:val="24"/>
        </w:rPr>
      </w:pPr>
      <w:r>
        <w:rPr>
          <w:rFonts w:ascii="Arial" w:hAnsi="Arial" w:cs="Arial"/>
          <w:sz w:val="24"/>
          <w:szCs w:val="24"/>
        </w:rPr>
        <w:t xml:space="preserve">Ensure compliance with data protection, safeguarding, health and safety and </w:t>
      </w:r>
      <w:proofErr w:type="spellStart"/>
      <w:r>
        <w:rPr>
          <w:rFonts w:ascii="Arial" w:hAnsi="Arial" w:cs="Arial"/>
          <w:sz w:val="24"/>
          <w:szCs w:val="24"/>
        </w:rPr>
        <w:t>organisational</w:t>
      </w:r>
      <w:proofErr w:type="spellEnd"/>
      <w:r>
        <w:rPr>
          <w:rFonts w:ascii="Arial" w:hAnsi="Arial" w:cs="Arial"/>
          <w:sz w:val="24"/>
          <w:szCs w:val="24"/>
        </w:rPr>
        <w:t xml:space="preserve"> policies.</w:t>
      </w:r>
    </w:p>
    <w:p w14:paraId="0466DE86" w14:textId="77777777" w:rsidR="000816C4" w:rsidRDefault="000816C4" w:rsidP="000816C4">
      <w:pPr>
        <w:pStyle w:val="ListBullet"/>
        <w:numPr>
          <w:ilvl w:val="0"/>
          <w:numId w:val="0"/>
        </w:numPr>
        <w:ind w:left="360" w:hanging="360"/>
        <w:rPr>
          <w:rFonts w:ascii="Arial" w:hAnsi="Arial" w:cs="Arial"/>
          <w:sz w:val="24"/>
          <w:szCs w:val="24"/>
        </w:rPr>
      </w:pPr>
    </w:p>
    <w:p w14:paraId="79737E69" w14:textId="77777777" w:rsidR="000816C4" w:rsidRDefault="000816C4" w:rsidP="000816C4">
      <w:pPr>
        <w:pStyle w:val="ListBullet"/>
        <w:numPr>
          <w:ilvl w:val="0"/>
          <w:numId w:val="0"/>
        </w:numPr>
        <w:ind w:left="360" w:hanging="360"/>
        <w:rPr>
          <w:rFonts w:ascii="Arial" w:hAnsi="Arial" w:cs="Arial"/>
          <w:b/>
          <w:bCs/>
          <w:sz w:val="24"/>
          <w:szCs w:val="24"/>
        </w:rPr>
      </w:pPr>
      <w:r w:rsidRPr="00154071">
        <w:rPr>
          <w:rFonts w:ascii="Arial" w:hAnsi="Arial" w:cs="Arial"/>
          <w:b/>
          <w:bCs/>
          <w:sz w:val="24"/>
          <w:szCs w:val="24"/>
        </w:rPr>
        <w:t>Team Working</w:t>
      </w:r>
    </w:p>
    <w:p w14:paraId="5EC58A23" w14:textId="77777777" w:rsidR="000816C4" w:rsidRDefault="000816C4" w:rsidP="000816C4">
      <w:pPr>
        <w:pStyle w:val="ListBullet"/>
        <w:numPr>
          <w:ilvl w:val="0"/>
          <w:numId w:val="0"/>
        </w:numPr>
        <w:ind w:left="360" w:hanging="360"/>
        <w:rPr>
          <w:rFonts w:ascii="Arial" w:hAnsi="Arial" w:cs="Arial"/>
          <w:b/>
          <w:bCs/>
          <w:sz w:val="24"/>
          <w:szCs w:val="24"/>
        </w:rPr>
      </w:pPr>
    </w:p>
    <w:p w14:paraId="5B5154A1" w14:textId="77777777" w:rsidR="000816C4" w:rsidRDefault="000816C4" w:rsidP="000816C4">
      <w:pPr>
        <w:pStyle w:val="ListBullet"/>
        <w:rPr>
          <w:rFonts w:ascii="Arial" w:hAnsi="Arial" w:cs="Arial"/>
          <w:sz w:val="24"/>
          <w:szCs w:val="24"/>
        </w:rPr>
      </w:pPr>
      <w:r w:rsidRPr="00372680">
        <w:rPr>
          <w:rFonts w:ascii="Arial" w:hAnsi="Arial" w:cs="Arial"/>
          <w:sz w:val="24"/>
          <w:szCs w:val="24"/>
        </w:rPr>
        <w:t xml:space="preserve">Work </w:t>
      </w:r>
      <w:r>
        <w:rPr>
          <w:rFonts w:ascii="Arial" w:hAnsi="Arial" w:cs="Arial"/>
          <w:sz w:val="24"/>
          <w:szCs w:val="24"/>
        </w:rPr>
        <w:t>collaboratively with colleagues, volunteers and external partners to provide effective holistic support.</w:t>
      </w:r>
    </w:p>
    <w:p w14:paraId="5A287E40" w14:textId="77777777" w:rsidR="000816C4" w:rsidRDefault="000816C4" w:rsidP="000816C4">
      <w:pPr>
        <w:pStyle w:val="ListBullet"/>
        <w:rPr>
          <w:rFonts w:ascii="Arial" w:hAnsi="Arial" w:cs="Arial"/>
          <w:sz w:val="24"/>
          <w:szCs w:val="24"/>
        </w:rPr>
      </w:pPr>
      <w:r>
        <w:rPr>
          <w:rFonts w:ascii="Arial" w:hAnsi="Arial" w:cs="Arial"/>
          <w:sz w:val="24"/>
          <w:szCs w:val="24"/>
        </w:rPr>
        <w:t>Contribute to creating a safe, inclusive and empowering environment where women feel valued, listened to and respected.</w:t>
      </w:r>
    </w:p>
    <w:p w14:paraId="5E804E51" w14:textId="77777777" w:rsidR="000816C4" w:rsidRPr="00372680" w:rsidRDefault="000816C4" w:rsidP="000816C4">
      <w:pPr>
        <w:pStyle w:val="ListBullet"/>
        <w:rPr>
          <w:rFonts w:ascii="Arial" w:hAnsi="Arial" w:cs="Arial"/>
          <w:sz w:val="24"/>
          <w:szCs w:val="24"/>
        </w:rPr>
      </w:pPr>
      <w:r>
        <w:rPr>
          <w:rFonts w:ascii="Arial" w:hAnsi="Arial" w:cs="Arial"/>
          <w:sz w:val="24"/>
          <w:szCs w:val="24"/>
        </w:rPr>
        <w:t xml:space="preserve">Demonstrate flexibility and a willingness to support the wider operation of the </w:t>
      </w:r>
      <w:proofErr w:type="spellStart"/>
      <w:r>
        <w:rPr>
          <w:rFonts w:ascii="Arial" w:hAnsi="Arial" w:cs="Arial"/>
          <w:sz w:val="24"/>
          <w:szCs w:val="24"/>
        </w:rPr>
        <w:t>centre</w:t>
      </w:r>
      <w:proofErr w:type="spellEnd"/>
      <w:r>
        <w:rPr>
          <w:rFonts w:ascii="Arial" w:hAnsi="Arial" w:cs="Arial"/>
          <w:sz w:val="24"/>
          <w:szCs w:val="24"/>
        </w:rPr>
        <w:t xml:space="preserve"> as required.</w:t>
      </w:r>
    </w:p>
    <w:p w14:paraId="7CE0F93B" w14:textId="77777777" w:rsidR="000816C4" w:rsidRDefault="000816C4" w:rsidP="000816C4">
      <w:pPr>
        <w:pStyle w:val="ListBullet"/>
        <w:numPr>
          <w:ilvl w:val="0"/>
          <w:numId w:val="0"/>
        </w:numPr>
        <w:ind w:left="360" w:hanging="360"/>
        <w:rPr>
          <w:rFonts w:ascii="Arial" w:hAnsi="Arial" w:cs="Arial"/>
          <w:sz w:val="24"/>
          <w:szCs w:val="24"/>
        </w:rPr>
      </w:pPr>
    </w:p>
    <w:p w14:paraId="24FD6B0F" w14:textId="77777777" w:rsidR="000816C4" w:rsidRDefault="000816C4" w:rsidP="000816C4">
      <w:pPr>
        <w:pStyle w:val="ListBullet"/>
        <w:numPr>
          <w:ilvl w:val="0"/>
          <w:numId w:val="0"/>
        </w:numPr>
        <w:ind w:left="360" w:hanging="360"/>
        <w:rPr>
          <w:rFonts w:ascii="Arial" w:hAnsi="Arial" w:cs="Arial"/>
          <w:sz w:val="24"/>
          <w:szCs w:val="24"/>
        </w:rPr>
      </w:pPr>
    </w:p>
    <w:p w14:paraId="20205BA9" w14:textId="77777777" w:rsidR="000816C4" w:rsidRDefault="000816C4" w:rsidP="000816C4">
      <w:pPr>
        <w:pStyle w:val="ListBullet"/>
        <w:numPr>
          <w:ilvl w:val="0"/>
          <w:numId w:val="0"/>
        </w:numPr>
        <w:ind w:left="360" w:hanging="360"/>
        <w:rPr>
          <w:rFonts w:ascii="Arial" w:hAnsi="Arial" w:cs="Arial"/>
          <w:sz w:val="24"/>
          <w:szCs w:val="24"/>
        </w:rPr>
      </w:pPr>
    </w:p>
    <w:p w14:paraId="1EEEB862" w14:textId="77777777" w:rsidR="000816C4" w:rsidRDefault="000816C4" w:rsidP="000816C4">
      <w:pPr>
        <w:pStyle w:val="ListBullet"/>
        <w:numPr>
          <w:ilvl w:val="0"/>
          <w:numId w:val="0"/>
        </w:numPr>
        <w:ind w:left="360" w:hanging="360"/>
        <w:rPr>
          <w:rFonts w:ascii="Arial" w:hAnsi="Arial" w:cs="Arial"/>
          <w:sz w:val="24"/>
          <w:szCs w:val="24"/>
        </w:rPr>
      </w:pPr>
    </w:p>
    <w:p w14:paraId="5756B945" w14:textId="77777777" w:rsidR="000816C4" w:rsidRDefault="000816C4" w:rsidP="000816C4">
      <w:pPr>
        <w:pStyle w:val="ListBullet"/>
        <w:numPr>
          <w:ilvl w:val="0"/>
          <w:numId w:val="0"/>
        </w:numPr>
        <w:ind w:left="360" w:hanging="360"/>
        <w:rPr>
          <w:rFonts w:ascii="Arial" w:hAnsi="Arial" w:cs="Arial"/>
          <w:sz w:val="24"/>
          <w:szCs w:val="24"/>
        </w:rPr>
      </w:pPr>
    </w:p>
    <w:p w14:paraId="03A7AF9F" w14:textId="77777777" w:rsidR="000816C4" w:rsidRDefault="000816C4" w:rsidP="000816C4">
      <w:pPr>
        <w:pStyle w:val="ListBullet"/>
        <w:numPr>
          <w:ilvl w:val="0"/>
          <w:numId w:val="0"/>
        </w:numPr>
        <w:ind w:left="360" w:hanging="360"/>
        <w:rPr>
          <w:rFonts w:ascii="Arial" w:hAnsi="Arial" w:cs="Arial"/>
          <w:sz w:val="24"/>
          <w:szCs w:val="24"/>
        </w:rPr>
      </w:pPr>
    </w:p>
    <w:p w14:paraId="20517B8C" w14:textId="77777777" w:rsidR="000816C4" w:rsidRDefault="000816C4" w:rsidP="000816C4">
      <w:pPr>
        <w:pStyle w:val="ListBullet"/>
        <w:numPr>
          <w:ilvl w:val="0"/>
          <w:numId w:val="0"/>
        </w:numPr>
        <w:ind w:left="360" w:hanging="360"/>
        <w:rPr>
          <w:rFonts w:ascii="Arial" w:hAnsi="Arial" w:cs="Arial"/>
          <w:sz w:val="24"/>
          <w:szCs w:val="24"/>
        </w:rPr>
      </w:pPr>
    </w:p>
    <w:p w14:paraId="47732A0E" w14:textId="77777777" w:rsidR="000816C4" w:rsidRDefault="000816C4" w:rsidP="000816C4">
      <w:pPr>
        <w:pStyle w:val="ListBullet"/>
        <w:numPr>
          <w:ilvl w:val="0"/>
          <w:numId w:val="0"/>
        </w:numPr>
        <w:ind w:left="360" w:hanging="360"/>
        <w:rPr>
          <w:rFonts w:ascii="Arial" w:hAnsi="Arial" w:cs="Arial"/>
          <w:sz w:val="24"/>
          <w:szCs w:val="24"/>
        </w:rPr>
      </w:pPr>
    </w:p>
    <w:p w14:paraId="1C79BF76" w14:textId="77777777" w:rsidR="000816C4" w:rsidRDefault="000816C4" w:rsidP="000816C4">
      <w:pPr>
        <w:pStyle w:val="ListBullet"/>
        <w:numPr>
          <w:ilvl w:val="0"/>
          <w:numId w:val="0"/>
        </w:numPr>
        <w:ind w:left="360" w:hanging="360"/>
        <w:rPr>
          <w:rFonts w:ascii="Arial" w:hAnsi="Arial" w:cs="Arial"/>
          <w:sz w:val="24"/>
          <w:szCs w:val="24"/>
        </w:rPr>
      </w:pPr>
    </w:p>
    <w:p w14:paraId="3A65A34F" w14:textId="77777777" w:rsidR="000816C4" w:rsidRDefault="000816C4" w:rsidP="000816C4">
      <w:pPr>
        <w:pStyle w:val="ListBullet"/>
        <w:numPr>
          <w:ilvl w:val="0"/>
          <w:numId w:val="0"/>
        </w:numPr>
        <w:ind w:left="360" w:hanging="360"/>
        <w:rPr>
          <w:rFonts w:ascii="Arial" w:hAnsi="Arial" w:cs="Arial"/>
          <w:sz w:val="24"/>
          <w:szCs w:val="24"/>
        </w:rPr>
      </w:pPr>
    </w:p>
    <w:p w14:paraId="1B7A8089" w14:textId="77777777" w:rsidR="000816C4" w:rsidRDefault="000816C4" w:rsidP="000816C4">
      <w:pPr>
        <w:pStyle w:val="ListBullet"/>
        <w:numPr>
          <w:ilvl w:val="0"/>
          <w:numId w:val="0"/>
        </w:numPr>
        <w:ind w:left="360" w:hanging="360"/>
        <w:rPr>
          <w:rFonts w:ascii="Arial" w:hAnsi="Arial" w:cs="Arial"/>
          <w:sz w:val="24"/>
          <w:szCs w:val="24"/>
        </w:rPr>
      </w:pPr>
    </w:p>
    <w:p w14:paraId="68CCEF3B" w14:textId="77777777" w:rsidR="000816C4" w:rsidRDefault="000816C4" w:rsidP="000816C4">
      <w:pPr>
        <w:pStyle w:val="ListBullet"/>
        <w:numPr>
          <w:ilvl w:val="0"/>
          <w:numId w:val="0"/>
        </w:numPr>
        <w:ind w:left="360" w:hanging="360"/>
        <w:rPr>
          <w:rFonts w:ascii="Arial" w:hAnsi="Arial" w:cs="Arial"/>
          <w:sz w:val="24"/>
          <w:szCs w:val="24"/>
        </w:rPr>
      </w:pPr>
    </w:p>
    <w:p w14:paraId="10E9BF7C" w14:textId="77777777" w:rsidR="000816C4" w:rsidRDefault="000816C4" w:rsidP="000816C4">
      <w:pPr>
        <w:pStyle w:val="ListBullet"/>
        <w:numPr>
          <w:ilvl w:val="0"/>
          <w:numId w:val="0"/>
        </w:numPr>
        <w:ind w:left="360" w:hanging="360"/>
        <w:rPr>
          <w:rFonts w:ascii="Arial" w:hAnsi="Arial" w:cs="Arial"/>
          <w:sz w:val="24"/>
          <w:szCs w:val="24"/>
        </w:rPr>
      </w:pPr>
    </w:p>
    <w:p w14:paraId="749B46A4" w14:textId="77777777" w:rsidR="000816C4" w:rsidRDefault="000816C4" w:rsidP="000816C4">
      <w:pPr>
        <w:pStyle w:val="ListBullet"/>
        <w:numPr>
          <w:ilvl w:val="0"/>
          <w:numId w:val="0"/>
        </w:numPr>
        <w:ind w:left="360" w:hanging="360"/>
        <w:rPr>
          <w:rFonts w:ascii="Arial" w:hAnsi="Arial" w:cs="Arial"/>
          <w:sz w:val="24"/>
          <w:szCs w:val="24"/>
        </w:rPr>
      </w:pPr>
    </w:p>
    <w:p w14:paraId="76972343" w14:textId="77777777" w:rsidR="000816C4" w:rsidRDefault="000816C4" w:rsidP="000816C4">
      <w:pPr>
        <w:pStyle w:val="ListBullet"/>
        <w:numPr>
          <w:ilvl w:val="0"/>
          <w:numId w:val="0"/>
        </w:numPr>
        <w:ind w:left="360" w:hanging="360"/>
        <w:rPr>
          <w:rFonts w:ascii="Arial" w:hAnsi="Arial" w:cs="Arial"/>
          <w:sz w:val="24"/>
          <w:szCs w:val="24"/>
        </w:rPr>
      </w:pPr>
    </w:p>
    <w:p w14:paraId="2AF3F509" w14:textId="77777777" w:rsidR="000816C4" w:rsidRDefault="000816C4" w:rsidP="000816C4">
      <w:pPr>
        <w:pStyle w:val="ListBullet"/>
        <w:numPr>
          <w:ilvl w:val="0"/>
          <w:numId w:val="0"/>
        </w:numPr>
        <w:ind w:left="360" w:hanging="360"/>
        <w:rPr>
          <w:rFonts w:ascii="Arial" w:hAnsi="Arial" w:cs="Arial"/>
          <w:sz w:val="24"/>
          <w:szCs w:val="24"/>
        </w:rPr>
      </w:pPr>
    </w:p>
    <w:p w14:paraId="2B9C8352" w14:textId="77777777" w:rsidR="000816C4" w:rsidRDefault="000816C4" w:rsidP="000816C4">
      <w:pPr>
        <w:pStyle w:val="ListBullet"/>
        <w:numPr>
          <w:ilvl w:val="0"/>
          <w:numId w:val="0"/>
        </w:numPr>
        <w:ind w:left="360" w:hanging="360"/>
        <w:rPr>
          <w:rFonts w:ascii="Arial" w:hAnsi="Arial" w:cs="Arial"/>
          <w:sz w:val="24"/>
          <w:szCs w:val="24"/>
        </w:rPr>
      </w:pPr>
    </w:p>
    <w:p w14:paraId="31A5F71E" w14:textId="77777777" w:rsidR="000816C4" w:rsidRDefault="000816C4" w:rsidP="000816C4">
      <w:pPr>
        <w:pStyle w:val="ListBullet"/>
        <w:numPr>
          <w:ilvl w:val="0"/>
          <w:numId w:val="0"/>
        </w:numPr>
        <w:ind w:left="360" w:hanging="360"/>
        <w:rPr>
          <w:rFonts w:ascii="Arial" w:hAnsi="Arial" w:cs="Arial"/>
          <w:sz w:val="24"/>
          <w:szCs w:val="24"/>
        </w:rPr>
      </w:pPr>
    </w:p>
    <w:p w14:paraId="4B3C38DB" w14:textId="77777777" w:rsidR="000816C4" w:rsidRDefault="000816C4" w:rsidP="000816C4">
      <w:pPr>
        <w:pStyle w:val="ListBullet"/>
        <w:numPr>
          <w:ilvl w:val="0"/>
          <w:numId w:val="0"/>
        </w:numPr>
        <w:ind w:left="360" w:hanging="360"/>
        <w:rPr>
          <w:rFonts w:ascii="Arial" w:hAnsi="Arial" w:cs="Arial"/>
          <w:sz w:val="24"/>
          <w:szCs w:val="24"/>
        </w:rPr>
      </w:pPr>
    </w:p>
    <w:p w14:paraId="108FFEEC" w14:textId="77777777" w:rsidR="000816C4" w:rsidRDefault="000816C4" w:rsidP="000816C4">
      <w:pPr>
        <w:pStyle w:val="ListBullet"/>
        <w:numPr>
          <w:ilvl w:val="0"/>
          <w:numId w:val="0"/>
        </w:numPr>
        <w:ind w:left="360" w:hanging="360"/>
        <w:rPr>
          <w:rFonts w:ascii="Arial" w:hAnsi="Arial" w:cs="Arial"/>
          <w:sz w:val="24"/>
          <w:szCs w:val="24"/>
        </w:rPr>
      </w:pPr>
    </w:p>
    <w:p w14:paraId="6F5507E8" w14:textId="77777777" w:rsidR="000816C4" w:rsidRDefault="000816C4" w:rsidP="000816C4">
      <w:pPr>
        <w:pStyle w:val="ListBullet"/>
        <w:numPr>
          <w:ilvl w:val="0"/>
          <w:numId w:val="0"/>
        </w:numPr>
        <w:ind w:left="360" w:hanging="360"/>
        <w:rPr>
          <w:rFonts w:ascii="Arial" w:hAnsi="Arial" w:cs="Arial"/>
          <w:sz w:val="24"/>
          <w:szCs w:val="24"/>
        </w:rPr>
      </w:pPr>
    </w:p>
    <w:p w14:paraId="7B7F19CA" w14:textId="77777777" w:rsidR="000816C4" w:rsidRDefault="000816C4" w:rsidP="000816C4">
      <w:pPr>
        <w:pStyle w:val="ListBullet"/>
        <w:numPr>
          <w:ilvl w:val="0"/>
          <w:numId w:val="0"/>
        </w:numPr>
        <w:ind w:left="360" w:hanging="360"/>
        <w:rPr>
          <w:rFonts w:ascii="Arial" w:hAnsi="Arial" w:cs="Arial"/>
          <w:sz w:val="24"/>
          <w:szCs w:val="24"/>
        </w:rPr>
      </w:pPr>
    </w:p>
    <w:p w14:paraId="5A531310" w14:textId="77777777" w:rsidR="000816C4" w:rsidRDefault="000816C4" w:rsidP="000816C4">
      <w:pPr>
        <w:pStyle w:val="ListBullet"/>
        <w:numPr>
          <w:ilvl w:val="0"/>
          <w:numId w:val="0"/>
        </w:numPr>
        <w:ind w:left="360" w:hanging="360"/>
        <w:rPr>
          <w:rFonts w:ascii="Arial" w:hAnsi="Arial" w:cs="Arial"/>
          <w:sz w:val="24"/>
          <w:szCs w:val="24"/>
        </w:rPr>
      </w:pPr>
    </w:p>
    <w:p w14:paraId="205345F4" w14:textId="77777777" w:rsidR="000816C4" w:rsidRPr="00887D82" w:rsidRDefault="000816C4" w:rsidP="000816C4">
      <w:pPr>
        <w:pStyle w:val="ListBullet"/>
        <w:numPr>
          <w:ilvl w:val="0"/>
          <w:numId w:val="0"/>
        </w:numPr>
        <w:ind w:left="360" w:hanging="360"/>
        <w:rPr>
          <w:rFonts w:ascii="Arial" w:hAnsi="Arial" w:cs="Arial"/>
          <w:sz w:val="24"/>
          <w:szCs w:val="24"/>
        </w:rPr>
      </w:pPr>
    </w:p>
    <w:p w14:paraId="749D25B0" w14:textId="77777777" w:rsidR="001A36A9" w:rsidRDefault="001A36A9">
      <w:pPr>
        <w:spacing w:before="80" w:after="100"/>
        <w:rPr>
          <w:rFonts w:ascii="Arial" w:hAnsi="Arial" w:cs="Arial"/>
          <w:b/>
          <w:sz w:val="24"/>
          <w:szCs w:val="24"/>
        </w:rPr>
      </w:pPr>
    </w:p>
    <w:p w14:paraId="33164D81" w14:textId="0851E68D" w:rsidR="00EE17D2" w:rsidRDefault="00EE17D2">
      <w:pPr>
        <w:spacing w:before="80" w:after="100"/>
        <w:rPr>
          <w:rFonts w:ascii="Arial" w:hAnsi="Arial" w:cs="Arial"/>
          <w:b/>
          <w:sz w:val="24"/>
          <w:szCs w:val="24"/>
        </w:rPr>
      </w:pPr>
      <w:r>
        <w:rPr>
          <w:rFonts w:ascii="Times New Roman" w:hAnsi="Times New Roman"/>
          <w:noProof/>
          <w:color w:val="5F497A" w:themeColor="accent4" w:themeShade="BF"/>
          <w:lang w:val="en-GB" w:eastAsia="en-GB"/>
        </w:rPr>
        <w:drawing>
          <wp:anchor distT="0" distB="0" distL="114300" distR="114300" simplePos="0" relativeHeight="251675648" behindDoc="1" locked="0" layoutInCell="1" allowOverlap="1" wp14:anchorId="49066F10" wp14:editId="15C3FEA8">
            <wp:simplePos x="0" y="0"/>
            <wp:positionH relativeFrom="margin">
              <wp:align>left</wp:align>
            </wp:positionH>
            <wp:positionV relativeFrom="paragraph">
              <wp:posOffset>-1904</wp:posOffset>
            </wp:positionV>
            <wp:extent cx="2447925" cy="742950"/>
            <wp:effectExtent l="0" t="0" r="9525" b="0"/>
            <wp:wrapNone/>
            <wp:docPr id="1130369277"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447925" cy="742950"/>
                    </a:xfrm>
                    <a:prstGeom prst="rect">
                      <a:avLst/>
                    </a:prstGeom>
                  </pic:spPr>
                </pic:pic>
              </a:graphicData>
            </a:graphic>
            <wp14:sizeRelH relativeFrom="margin">
              <wp14:pctWidth>0</wp14:pctWidth>
            </wp14:sizeRelH>
            <wp14:sizeRelV relativeFrom="margin">
              <wp14:pctHeight>0</wp14:pctHeight>
            </wp14:sizeRelV>
          </wp:anchor>
        </w:drawing>
      </w:r>
    </w:p>
    <w:p w14:paraId="3F0B83F9" w14:textId="77777777" w:rsidR="00EE17D2" w:rsidRDefault="00EE17D2">
      <w:pPr>
        <w:spacing w:before="80" w:after="100"/>
        <w:rPr>
          <w:rFonts w:ascii="Arial" w:hAnsi="Arial" w:cs="Arial"/>
          <w:b/>
          <w:sz w:val="24"/>
          <w:szCs w:val="24"/>
        </w:rPr>
      </w:pPr>
    </w:p>
    <w:p w14:paraId="2C064A02" w14:textId="77777777" w:rsidR="00EE17D2" w:rsidRDefault="00EE17D2">
      <w:pPr>
        <w:spacing w:before="80" w:after="100"/>
        <w:rPr>
          <w:rFonts w:ascii="Arial" w:hAnsi="Arial" w:cs="Arial"/>
          <w:b/>
          <w:sz w:val="24"/>
          <w:szCs w:val="24"/>
        </w:rPr>
      </w:pPr>
    </w:p>
    <w:p w14:paraId="4D347EF9" w14:textId="70D4A720" w:rsidR="004922CE" w:rsidRPr="001A36A9" w:rsidRDefault="00000000">
      <w:pPr>
        <w:spacing w:before="80" w:after="100"/>
        <w:rPr>
          <w:rFonts w:ascii="Arial" w:hAnsi="Arial" w:cs="Arial"/>
          <w:sz w:val="24"/>
          <w:szCs w:val="24"/>
        </w:rPr>
      </w:pPr>
      <w:r w:rsidRPr="001A36A9">
        <w:rPr>
          <w:rFonts w:ascii="Arial" w:hAnsi="Arial" w:cs="Arial"/>
          <w:b/>
          <w:sz w:val="24"/>
          <w:szCs w:val="24"/>
        </w:rPr>
        <w:t>About you</w:t>
      </w:r>
    </w:p>
    <w:p w14:paraId="71F7EF05" w14:textId="77777777" w:rsidR="004922CE" w:rsidRPr="001A36A9" w:rsidRDefault="00000000">
      <w:pPr>
        <w:spacing w:after="80" w:line="240" w:lineRule="auto"/>
        <w:rPr>
          <w:rFonts w:ascii="Arial" w:hAnsi="Arial" w:cs="Arial"/>
          <w:sz w:val="24"/>
          <w:szCs w:val="24"/>
        </w:rPr>
      </w:pPr>
      <w:r w:rsidRPr="001A36A9">
        <w:rPr>
          <w:rFonts w:ascii="Arial" w:hAnsi="Arial" w:cs="Arial"/>
          <w:sz w:val="24"/>
          <w:szCs w:val="24"/>
        </w:rPr>
        <w:t>We are looking for someone who is:</w:t>
      </w:r>
    </w:p>
    <w:p w14:paraId="4F99877B"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Passionate about supporting women to reach their potential.</w:t>
      </w:r>
    </w:p>
    <w:p w14:paraId="2A55D983" w14:textId="33B7B5D5" w:rsidR="004922CE" w:rsidRPr="001A36A9" w:rsidRDefault="00000000" w:rsidP="001A36A9">
      <w:pPr>
        <w:pStyle w:val="ListBullet"/>
        <w:spacing w:after="40" w:line="240" w:lineRule="auto"/>
        <w:rPr>
          <w:rFonts w:ascii="Arial" w:hAnsi="Arial" w:cs="Arial"/>
          <w:sz w:val="24"/>
          <w:szCs w:val="24"/>
        </w:rPr>
      </w:pPr>
      <w:r w:rsidRPr="001A36A9">
        <w:rPr>
          <w:rFonts w:ascii="Arial" w:hAnsi="Arial" w:cs="Arial"/>
          <w:sz w:val="24"/>
          <w:szCs w:val="24"/>
        </w:rPr>
        <w:t xml:space="preserve">Warm, approachable, patient and </w:t>
      </w:r>
      <w:r w:rsidR="003B682D" w:rsidRPr="001A36A9">
        <w:rPr>
          <w:rFonts w:ascii="Arial" w:hAnsi="Arial" w:cs="Arial"/>
          <w:sz w:val="24"/>
          <w:szCs w:val="24"/>
        </w:rPr>
        <w:t>non-judgmental</w:t>
      </w:r>
      <w:r w:rsidRPr="001A36A9">
        <w:rPr>
          <w:rFonts w:ascii="Arial" w:hAnsi="Arial" w:cs="Arial"/>
          <w:sz w:val="24"/>
          <w:szCs w:val="24"/>
        </w:rPr>
        <w:t>.</w:t>
      </w:r>
    </w:p>
    <w:p w14:paraId="3A862D5D" w14:textId="29E721CA" w:rsidR="004922CE" w:rsidRPr="001A36A9" w:rsidRDefault="00000000" w:rsidP="001A36A9">
      <w:pPr>
        <w:pStyle w:val="ListBullet"/>
        <w:rPr>
          <w:rFonts w:ascii="Arial" w:hAnsi="Arial" w:cs="Arial"/>
          <w:sz w:val="24"/>
          <w:szCs w:val="24"/>
        </w:rPr>
      </w:pPr>
      <w:r w:rsidRPr="001A36A9">
        <w:rPr>
          <w:rFonts w:ascii="Arial" w:hAnsi="Arial" w:cs="Arial"/>
          <w:sz w:val="24"/>
          <w:szCs w:val="24"/>
        </w:rPr>
        <w:t>Experienced in delivering training, learning, employability, engagement or community-based support.</w:t>
      </w:r>
    </w:p>
    <w:p w14:paraId="48871A28"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Able to build trusting relationships while maintaining appropriate professional boundaries.</w:t>
      </w:r>
    </w:p>
    <w:p w14:paraId="0203546A"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Creative and flexible in your approach to learning and engagement.</w:t>
      </w:r>
    </w:p>
    <w:p w14:paraId="54CA1EDA"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Able to adapt your communication and support to meet individual needs.</w:t>
      </w:r>
    </w:p>
    <w:p w14:paraId="690E81D0"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A confident communicator who can work effectively with colleagues, partners and external services.</w:t>
      </w:r>
    </w:p>
    <w:p w14:paraId="6C96F9A0" w14:textId="77777777" w:rsidR="004922CE" w:rsidRPr="001A36A9" w:rsidRDefault="00000000">
      <w:pPr>
        <w:pStyle w:val="ListBullet"/>
        <w:spacing w:after="40" w:line="240" w:lineRule="auto"/>
        <w:rPr>
          <w:rFonts w:ascii="Arial" w:hAnsi="Arial" w:cs="Arial"/>
          <w:sz w:val="24"/>
          <w:szCs w:val="24"/>
        </w:rPr>
      </w:pPr>
      <w:proofErr w:type="spellStart"/>
      <w:r w:rsidRPr="001A36A9">
        <w:rPr>
          <w:rFonts w:ascii="Arial" w:hAnsi="Arial" w:cs="Arial"/>
          <w:sz w:val="24"/>
          <w:szCs w:val="24"/>
        </w:rPr>
        <w:t>Organised</w:t>
      </w:r>
      <w:proofErr w:type="spellEnd"/>
      <w:r w:rsidRPr="001A36A9">
        <w:rPr>
          <w:rFonts w:ascii="Arial" w:hAnsi="Arial" w:cs="Arial"/>
          <w:sz w:val="24"/>
          <w:szCs w:val="24"/>
        </w:rPr>
        <w:t xml:space="preserve"> and able to maintain accurate records and monitor outcomes.</w:t>
      </w:r>
    </w:p>
    <w:p w14:paraId="76F372FF"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Flexible and adaptable, with a willingness to respond to changing priorities.</w:t>
      </w:r>
    </w:p>
    <w:p w14:paraId="748F94D9"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A genuine team player who is happy to support colleagues and take on a variety of tasks.</w:t>
      </w:r>
    </w:p>
    <w:p w14:paraId="2BC24220" w14:textId="7C42C877" w:rsidR="004922CE" w:rsidRPr="006F5501" w:rsidRDefault="00000000" w:rsidP="006F5501">
      <w:pPr>
        <w:pStyle w:val="ListBullet"/>
        <w:spacing w:after="40" w:line="240" w:lineRule="auto"/>
        <w:rPr>
          <w:rFonts w:ascii="Arial" w:hAnsi="Arial" w:cs="Arial"/>
          <w:sz w:val="24"/>
          <w:szCs w:val="24"/>
        </w:rPr>
      </w:pPr>
      <w:r w:rsidRPr="001A36A9">
        <w:rPr>
          <w:rFonts w:ascii="Arial" w:hAnsi="Arial" w:cs="Arial"/>
          <w:sz w:val="24"/>
          <w:szCs w:val="24"/>
        </w:rPr>
        <w:t>Positive, reliable and able to use initiative.</w:t>
      </w:r>
    </w:p>
    <w:p w14:paraId="566F811E" w14:textId="656B25F7" w:rsidR="004922CE" w:rsidRDefault="00000000">
      <w:pPr>
        <w:pStyle w:val="ListBullet"/>
        <w:spacing w:after="40" w:line="240" w:lineRule="auto"/>
        <w:rPr>
          <w:rFonts w:ascii="Arial" w:hAnsi="Arial" w:cs="Arial"/>
          <w:sz w:val="24"/>
          <w:szCs w:val="24"/>
        </w:rPr>
      </w:pPr>
      <w:r w:rsidRPr="001A36A9">
        <w:rPr>
          <w:rFonts w:ascii="Arial" w:hAnsi="Arial" w:cs="Arial"/>
          <w:sz w:val="24"/>
          <w:szCs w:val="24"/>
        </w:rPr>
        <w:t xml:space="preserve">Able to </w:t>
      </w:r>
      <w:proofErr w:type="spellStart"/>
      <w:r w:rsidRPr="001A36A9">
        <w:rPr>
          <w:rFonts w:ascii="Arial" w:hAnsi="Arial" w:cs="Arial"/>
          <w:sz w:val="24"/>
          <w:szCs w:val="24"/>
        </w:rPr>
        <w:t>recognise</w:t>
      </w:r>
      <w:proofErr w:type="spellEnd"/>
      <w:r w:rsidRPr="001A36A9">
        <w:rPr>
          <w:rFonts w:ascii="Arial" w:hAnsi="Arial" w:cs="Arial"/>
          <w:sz w:val="24"/>
          <w:szCs w:val="24"/>
        </w:rPr>
        <w:t xml:space="preserve"> that every woman’s learning journey is different and </w:t>
      </w:r>
      <w:r w:rsidR="00821A5C" w:rsidRPr="001A36A9">
        <w:rPr>
          <w:rFonts w:ascii="Arial" w:hAnsi="Arial" w:cs="Arial"/>
          <w:sz w:val="24"/>
          <w:szCs w:val="24"/>
        </w:rPr>
        <w:t>provide</w:t>
      </w:r>
      <w:r w:rsidR="00591BC2">
        <w:rPr>
          <w:rFonts w:ascii="Arial" w:hAnsi="Arial" w:cs="Arial"/>
          <w:sz w:val="24"/>
          <w:szCs w:val="24"/>
        </w:rPr>
        <w:t xml:space="preserve"> </w:t>
      </w:r>
      <w:r w:rsidRPr="001A36A9">
        <w:rPr>
          <w:rFonts w:ascii="Arial" w:hAnsi="Arial" w:cs="Arial"/>
          <w:sz w:val="24"/>
          <w:szCs w:val="24"/>
        </w:rPr>
        <w:t xml:space="preserve">support </w:t>
      </w:r>
    </w:p>
    <w:p w14:paraId="4DD5BC16" w14:textId="77777777" w:rsidR="00154781" w:rsidRPr="001A36A9" w:rsidRDefault="00154781" w:rsidP="00154781">
      <w:pPr>
        <w:pStyle w:val="ListBullet"/>
        <w:numPr>
          <w:ilvl w:val="0"/>
          <w:numId w:val="0"/>
        </w:numPr>
        <w:spacing w:after="40" w:line="240" w:lineRule="auto"/>
        <w:ind w:left="360"/>
        <w:rPr>
          <w:rFonts w:ascii="Arial" w:hAnsi="Arial" w:cs="Arial"/>
          <w:sz w:val="24"/>
          <w:szCs w:val="24"/>
        </w:rPr>
      </w:pPr>
    </w:p>
    <w:p w14:paraId="5DE8AA14" w14:textId="77777777" w:rsidR="008F29B0" w:rsidRPr="001A36A9" w:rsidRDefault="008F29B0" w:rsidP="008F29B0">
      <w:pPr>
        <w:pStyle w:val="ListBullet"/>
        <w:numPr>
          <w:ilvl w:val="0"/>
          <w:numId w:val="0"/>
        </w:numPr>
        <w:spacing w:after="40" w:line="240" w:lineRule="auto"/>
        <w:ind w:left="360"/>
        <w:rPr>
          <w:rFonts w:ascii="Arial" w:hAnsi="Arial" w:cs="Arial"/>
          <w:sz w:val="24"/>
          <w:szCs w:val="24"/>
        </w:rPr>
      </w:pPr>
    </w:p>
    <w:p w14:paraId="0EB93E48" w14:textId="77777777" w:rsidR="004922CE" w:rsidRPr="001A36A9" w:rsidRDefault="00000000">
      <w:pPr>
        <w:spacing w:before="80" w:after="100"/>
        <w:rPr>
          <w:rFonts w:ascii="Arial" w:hAnsi="Arial" w:cs="Arial"/>
          <w:sz w:val="24"/>
          <w:szCs w:val="24"/>
        </w:rPr>
      </w:pPr>
      <w:r w:rsidRPr="001A36A9">
        <w:rPr>
          <w:rFonts w:ascii="Arial" w:hAnsi="Arial" w:cs="Arial"/>
          <w:b/>
          <w:sz w:val="24"/>
          <w:szCs w:val="24"/>
        </w:rPr>
        <w:t>Desirable experience</w:t>
      </w:r>
    </w:p>
    <w:p w14:paraId="73971696" w14:textId="77777777" w:rsidR="004922CE" w:rsidRDefault="00000000">
      <w:pPr>
        <w:spacing w:after="80" w:line="240" w:lineRule="auto"/>
        <w:rPr>
          <w:rFonts w:ascii="Arial" w:hAnsi="Arial" w:cs="Arial"/>
          <w:sz w:val="24"/>
          <w:szCs w:val="24"/>
        </w:rPr>
      </w:pPr>
      <w:r w:rsidRPr="001A36A9">
        <w:rPr>
          <w:rFonts w:ascii="Arial" w:hAnsi="Arial" w:cs="Arial"/>
          <w:sz w:val="24"/>
          <w:szCs w:val="24"/>
        </w:rPr>
        <w:t>Experience of working with women experiencing barriers such as:</w:t>
      </w:r>
    </w:p>
    <w:p w14:paraId="14B50571" w14:textId="322B4D45" w:rsidR="00DD3B4C" w:rsidRPr="00DD3B4C" w:rsidRDefault="00DD3B4C" w:rsidP="00DD3B4C">
      <w:pPr>
        <w:pStyle w:val="ListBullet"/>
        <w:spacing w:after="40" w:line="240" w:lineRule="auto"/>
        <w:rPr>
          <w:rFonts w:ascii="Arial" w:hAnsi="Arial" w:cs="Arial"/>
          <w:sz w:val="24"/>
          <w:szCs w:val="24"/>
        </w:rPr>
      </w:pPr>
      <w:r w:rsidRPr="001A36A9">
        <w:rPr>
          <w:rFonts w:ascii="Arial" w:hAnsi="Arial" w:cs="Arial"/>
          <w:sz w:val="24"/>
          <w:szCs w:val="24"/>
        </w:rPr>
        <w:t>Previous difficult experiences of education or training</w:t>
      </w:r>
    </w:p>
    <w:p w14:paraId="064A6ECF"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Low confidence or self-esteem</w:t>
      </w:r>
    </w:p>
    <w:p w14:paraId="7089A77B" w14:textId="1FB56C17" w:rsidR="004922CE" w:rsidRPr="00EB108B" w:rsidRDefault="00000000" w:rsidP="00EB108B">
      <w:pPr>
        <w:pStyle w:val="ListBullet"/>
        <w:spacing w:after="40" w:line="240" w:lineRule="auto"/>
        <w:rPr>
          <w:rFonts w:ascii="Arial" w:hAnsi="Arial" w:cs="Arial"/>
          <w:sz w:val="24"/>
          <w:szCs w:val="24"/>
        </w:rPr>
      </w:pPr>
      <w:r w:rsidRPr="001A36A9">
        <w:rPr>
          <w:rFonts w:ascii="Arial" w:hAnsi="Arial" w:cs="Arial"/>
          <w:sz w:val="24"/>
          <w:szCs w:val="24"/>
        </w:rPr>
        <w:t>Social isolation</w:t>
      </w:r>
      <w:r w:rsidR="00EB108B">
        <w:rPr>
          <w:rFonts w:ascii="Arial" w:hAnsi="Arial" w:cs="Arial"/>
          <w:sz w:val="24"/>
          <w:szCs w:val="24"/>
        </w:rPr>
        <w:t xml:space="preserve"> </w:t>
      </w:r>
      <w:r w:rsidR="00EB108B" w:rsidRPr="001A36A9">
        <w:rPr>
          <w:rFonts w:ascii="Arial" w:hAnsi="Arial" w:cs="Arial"/>
          <w:sz w:val="24"/>
          <w:szCs w:val="24"/>
        </w:rPr>
        <w:t>Mental health or wellbeing barriers</w:t>
      </w:r>
    </w:p>
    <w:p w14:paraId="318FB65A"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Domestic abuse or trauma</w:t>
      </w:r>
    </w:p>
    <w:p w14:paraId="71537954"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Poverty or financial hardship</w:t>
      </w:r>
    </w:p>
    <w:p w14:paraId="2A62752B" w14:textId="77777777" w:rsidR="004922CE" w:rsidRPr="001A36A9" w:rsidRDefault="00000000">
      <w:pPr>
        <w:pStyle w:val="ListBullet"/>
        <w:spacing w:after="40" w:line="240" w:lineRule="auto"/>
        <w:rPr>
          <w:rFonts w:ascii="Arial" w:hAnsi="Arial" w:cs="Arial"/>
          <w:sz w:val="24"/>
          <w:szCs w:val="24"/>
        </w:rPr>
      </w:pPr>
      <w:r w:rsidRPr="001A36A9">
        <w:rPr>
          <w:rFonts w:ascii="Arial" w:hAnsi="Arial" w:cs="Arial"/>
          <w:sz w:val="24"/>
          <w:szCs w:val="24"/>
        </w:rPr>
        <w:t>Unemployment or barriers to employment</w:t>
      </w:r>
    </w:p>
    <w:p w14:paraId="6BBC3CF1" w14:textId="77777777" w:rsidR="004922CE" w:rsidRDefault="00000000">
      <w:pPr>
        <w:pStyle w:val="ListBullet"/>
        <w:spacing w:after="40" w:line="240" w:lineRule="auto"/>
        <w:rPr>
          <w:rFonts w:ascii="Arial" w:hAnsi="Arial" w:cs="Arial"/>
          <w:sz w:val="24"/>
          <w:szCs w:val="24"/>
        </w:rPr>
      </w:pPr>
      <w:r w:rsidRPr="001A36A9">
        <w:rPr>
          <w:rFonts w:ascii="Arial" w:hAnsi="Arial" w:cs="Arial"/>
          <w:sz w:val="24"/>
          <w:szCs w:val="24"/>
        </w:rPr>
        <w:t>Other circumstances that may prevent women from engaging with learning or support services</w:t>
      </w:r>
    </w:p>
    <w:p w14:paraId="02194A92" w14:textId="77777777" w:rsidR="00154781" w:rsidRPr="001A36A9" w:rsidRDefault="00154781" w:rsidP="00154781">
      <w:pPr>
        <w:pStyle w:val="ListBullet"/>
        <w:numPr>
          <w:ilvl w:val="0"/>
          <w:numId w:val="0"/>
        </w:numPr>
        <w:spacing w:after="40" w:line="240" w:lineRule="auto"/>
        <w:ind w:left="360"/>
        <w:rPr>
          <w:rFonts w:ascii="Arial" w:hAnsi="Arial" w:cs="Arial"/>
          <w:sz w:val="24"/>
          <w:szCs w:val="24"/>
        </w:rPr>
      </w:pPr>
    </w:p>
    <w:p w14:paraId="224C2011" w14:textId="77777777" w:rsidR="008F29B0" w:rsidRPr="001A36A9" w:rsidRDefault="008F29B0" w:rsidP="008F29B0">
      <w:pPr>
        <w:pStyle w:val="ListBullet"/>
        <w:numPr>
          <w:ilvl w:val="0"/>
          <w:numId w:val="0"/>
        </w:numPr>
        <w:spacing w:after="40" w:line="240" w:lineRule="auto"/>
        <w:ind w:left="360"/>
        <w:rPr>
          <w:rFonts w:ascii="Arial" w:hAnsi="Arial" w:cs="Arial"/>
          <w:sz w:val="24"/>
          <w:szCs w:val="24"/>
        </w:rPr>
      </w:pPr>
    </w:p>
    <w:p w14:paraId="2F7ACE41" w14:textId="77777777" w:rsidR="004922CE" w:rsidRPr="001A36A9" w:rsidRDefault="00000000">
      <w:pPr>
        <w:spacing w:before="80" w:after="100"/>
        <w:rPr>
          <w:rFonts w:ascii="Arial" w:hAnsi="Arial" w:cs="Arial"/>
          <w:sz w:val="24"/>
          <w:szCs w:val="24"/>
        </w:rPr>
      </w:pPr>
      <w:r w:rsidRPr="001A36A9">
        <w:rPr>
          <w:rFonts w:ascii="Arial" w:hAnsi="Arial" w:cs="Arial"/>
          <w:b/>
          <w:sz w:val="24"/>
          <w:szCs w:val="24"/>
        </w:rPr>
        <w:t>What we can offer</w:t>
      </w:r>
    </w:p>
    <w:p w14:paraId="15477240" w14:textId="77777777" w:rsidR="004922CE" w:rsidRPr="001A36A9" w:rsidRDefault="00000000">
      <w:pPr>
        <w:spacing w:after="80" w:line="240" w:lineRule="auto"/>
        <w:rPr>
          <w:rFonts w:ascii="Arial" w:hAnsi="Arial" w:cs="Arial"/>
          <w:sz w:val="24"/>
          <w:szCs w:val="24"/>
        </w:rPr>
      </w:pPr>
      <w:r w:rsidRPr="001A36A9">
        <w:rPr>
          <w:rFonts w:ascii="Arial" w:hAnsi="Arial" w:cs="Arial"/>
          <w:sz w:val="24"/>
          <w:szCs w:val="24"/>
        </w:rPr>
        <w:t>Working at Tees Valley Women’s Centre is an opportunity to make a genuine difference to women’s lives. You will be part of a small, supportive and dedicated team committed to empowering women, reducing barriers and helping women build the confidence, skills and resilience they need to move forward.</w:t>
      </w:r>
    </w:p>
    <w:p w14:paraId="38516E98" w14:textId="7A858D99" w:rsidR="008F29B0" w:rsidRDefault="00000000" w:rsidP="003B682D">
      <w:pPr>
        <w:rPr>
          <w:rFonts w:ascii="Arial" w:hAnsi="Arial" w:cs="Arial"/>
          <w:sz w:val="24"/>
          <w:szCs w:val="24"/>
        </w:rPr>
      </w:pPr>
      <w:r w:rsidRPr="001A36A9">
        <w:rPr>
          <w:rFonts w:ascii="Arial" w:hAnsi="Arial" w:cs="Arial"/>
          <w:sz w:val="24"/>
          <w:szCs w:val="24"/>
        </w:rPr>
        <w:t>You will have the opportunity to contribute to a service where every achievement matters — whether that is taking the first step through the Centre’s doors, gaining a new skill, completing a course, progressing into further education, volunteering or employment, or simply developing the confidence to believe in themselves.</w:t>
      </w:r>
    </w:p>
    <w:p w14:paraId="2AD29664" w14:textId="77777777" w:rsidR="009A084E" w:rsidRDefault="009A084E" w:rsidP="003B682D">
      <w:pPr>
        <w:rPr>
          <w:rFonts w:ascii="Arial" w:hAnsi="Arial" w:cs="Arial"/>
          <w:sz w:val="24"/>
          <w:szCs w:val="24"/>
        </w:rPr>
      </w:pPr>
    </w:p>
    <w:p w14:paraId="4D1E0A63" w14:textId="77777777" w:rsidR="00613F02" w:rsidRDefault="00613F02" w:rsidP="003B682D">
      <w:pPr>
        <w:rPr>
          <w:rFonts w:ascii="Arial" w:hAnsi="Arial" w:cs="Arial"/>
          <w:sz w:val="24"/>
          <w:szCs w:val="24"/>
        </w:rPr>
      </w:pPr>
    </w:p>
    <w:p w14:paraId="40E4153B" w14:textId="77777777" w:rsidR="00613F02" w:rsidRDefault="00613F02" w:rsidP="003B682D">
      <w:pPr>
        <w:rPr>
          <w:rFonts w:ascii="Arial" w:hAnsi="Arial" w:cs="Arial"/>
          <w:sz w:val="24"/>
          <w:szCs w:val="24"/>
        </w:rPr>
      </w:pPr>
    </w:p>
    <w:p w14:paraId="3337782D" w14:textId="77777777" w:rsidR="00154071" w:rsidRPr="009A084E" w:rsidRDefault="00154071" w:rsidP="00154071">
      <w:pPr>
        <w:pStyle w:val="ListBullet"/>
        <w:numPr>
          <w:ilvl w:val="0"/>
          <w:numId w:val="0"/>
        </w:numPr>
        <w:ind w:left="360" w:hanging="360"/>
        <w:rPr>
          <w:rFonts w:ascii="Arial" w:hAnsi="Arial" w:cs="Arial"/>
          <w:sz w:val="24"/>
          <w:szCs w:val="24"/>
        </w:rPr>
      </w:pPr>
    </w:p>
    <w:p w14:paraId="3C1F065F" w14:textId="77777777" w:rsidR="004922CE" w:rsidRPr="0052011B" w:rsidRDefault="00000000">
      <w:pPr>
        <w:rPr>
          <w:rFonts w:asciiTheme="majorHAnsi" w:hAnsiTheme="majorHAnsi" w:cstheme="majorHAnsi"/>
          <w:sz w:val="24"/>
          <w:szCs w:val="24"/>
        </w:rPr>
      </w:pPr>
      <w:r w:rsidRPr="0052011B">
        <w:rPr>
          <w:rFonts w:asciiTheme="majorHAnsi" w:hAnsiTheme="majorHAnsi" w:cstheme="majorHAnsi"/>
          <w:sz w:val="24"/>
          <w:szCs w:val="24"/>
        </w:rPr>
        <w:br w:type="page"/>
      </w:r>
    </w:p>
    <w:p w14:paraId="1BEBCDF8" w14:textId="08C0D4F6" w:rsidR="003B682D" w:rsidRDefault="003B682D" w:rsidP="00154071">
      <w:pPr>
        <w:pStyle w:val="ListBullet"/>
        <w:numPr>
          <w:ilvl w:val="0"/>
          <w:numId w:val="0"/>
        </w:numPr>
        <w:ind w:left="360" w:hanging="360"/>
        <w:rPr>
          <w:rFonts w:asciiTheme="majorHAnsi" w:hAnsiTheme="majorHAnsi" w:cstheme="majorHAnsi"/>
          <w:sz w:val="24"/>
          <w:szCs w:val="24"/>
        </w:rPr>
      </w:pPr>
      <w:r>
        <w:rPr>
          <w:noProof/>
          <w:lang w:val="en-GB" w:eastAsia="en-GB"/>
        </w:rPr>
        <w:lastRenderedPageBreak/>
        <w:drawing>
          <wp:anchor distT="0" distB="0" distL="114300" distR="114300" simplePos="0" relativeHeight="251665408" behindDoc="1" locked="0" layoutInCell="1" allowOverlap="1" wp14:anchorId="1A77369E" wp14:editId="77DC2126">
            <wp:simplePos x="0" y="0"/>
            <wp:positionH relativeFrom="margin">
              <wp:align>left</wp:align>
            </wp:positionH>
            <wp:positionV relativeFrom="paragraph">
              <wp:posOffset>-1905</wp:posOffset>
            </wp:positionV>
            <wp:extent cx="2809875" cy="876300"/>
            <wp:effectExtent l="0" t="0" r="9525" b="0"/>
            <wp:wrapNone/>
            <wp:docPr id="1424430783"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809875" cy="876300"/>
                    </a:xfrm>
                    <a:prstGeom prst="rect">
                      <a:avLst/>
                    </a:prstGeom>
                  </pic:spPr>
                </pic:pic>
              </a:graphicData>
            </a:graphic>
            <wp14:sizeRelH relativeFrom="margin">
              <wp14:pctWidth>0</wp14:pctWidth>
            </wp14:sizeRelH>
            <wp14:sizeRelV relativeFrom="margin">
              <wp14:pctHeight>0</wp14:pctHeight>
            </wp14:sizeRelV>
          </wp:anchor>
        </w:drawing>
      </w:r>
    </w:p>
    <w:p w14:paraId="593D28B1" w14:textId="77777777" w:rsidR="003B682D" w:rsidRDefault="003B682D">
      <w:pPr>
        <w:spacing w:before="80" w:after="100"/>
        <w:rPr>
          <w:rFonts w:asciiTheme="majorHAnsi" w:hAnsiTheme="majorHAnsi" w:cstheme="majorHAnsi"/>
          <w:b/>
          <w:sz w:val="24"/>
          <w:szCs w:val="24"/>
        </w:rPr>
      </w:pPr>
    </w:p>
    <w:p w14:paraId="620F6905" w14:textId="77777777" w:rsidR="003B682D" w:rsidRDefault="003B682D">
      <w:pPr>
        <w:spacing w:before="80" w:after="100"/>
        <w:rPr>
          <w:rFonts w:asciiTheme="majorHAnsi" w:hAnsiTheme="majorHAnsi" w:cstheme="majorHAnsi"/>
          <w:b/>
          <w:sz w:val="24"/>
          <w:szCs w:val="24"/>
        </w:rPr>
      </w:pPr>
    </w:p>
    <w:p w14:paraId="2ED4865F" w14:textId="77777777" w:rsidR="003B682D" w:rsidRDefault="003B682D">
      <w:pPr>
        <w:spacing w:before="80" w:after="100"/>
        <w:rPr>
          <w:rFonts w:asciiTheme="majorHAnsi" w:hAnsiTheme="majorHAnsi" w:cstheme="majorHAnsi"/>
          <w:b/>
          <w:sz w:val="24"/>
          <w:szCs w:val="24"/>
        </w:rPr>
      </w:pPr>
    </w:p>
    <w:p w14:paraId="0BFF84E7" w14:textId="043CE2C6"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EQUALITY AND DIVERSITY - MONITORING FORM</w:t>
      </w:r>
    </w:p>
    <w:p w14:paraId="0B7F3B39" w14:textId="5FAE3A74" w:rsidR="004922CE"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T</w:t>
      </w:r>
      <w:r w:rsidR="00437277">
        <w:rPr>
          <w:rFonts w:asciiTheme="majorHAnsi" w:hAnsiTheme="majorHAnsi" w:cstheme="majorHAnsi"/>
          <w:sz w:val="24"/>
          <w:szCs w:val="24"/>
        </w:rPr>
        <w:t>ees Valley Women’s Centre</w:t>
      </w:r>
      <w:r w:rsidRPr="0052011B">
        <w:rPr>
          <w:rFonts w:asciiTheme="majorHAnsi" w:hAnsiTheme="majorHAnsi" w:cstheme="majorHAnsi"/>
          <w:sz w:val="24"/>
          <w:szCs w:val="24"/>
        </w:rPr>
        <w:t xml:space="preserve"> wants to meet the aims and commitments set out in its equality policy. This includes not </w:t>
      </w:r>
      <w:r w:rsidR="00B34E9E" w:rsidRPr="0052011B">
        <w:rPr>
          <w:rFonts w:asciiTheme="majorHAnsi" w:hAnsiTheme="majorHAnsi" w:cstheme="majorHAnsi"/>
          <w:sz w:val="24"/>
          <w:szCs w:val="24"/>
        </w:rPr>
        <w:t>discriminating against</w:t>
      </w:r>
      <w:r w:rsidRPr="0052011B">
        <w:rPr>
          <w:rFonts w:asciiTheme="majorHAnsi" w:hAnsiTheme="majorHAnsi" w:cstheme="majorHAnsi"/>
          <w:sz w:val="24"/>
          <w:szCs w:val="24"/>
        </w:rPr>
        <w:t xml:space="preserve"> under the Equality Act </w:t>
      </w:r>
      <w:r w:rsidR="00A240D1" w:rsidRPr="0052011B">
        <w:rPr>
          <w:rFonts w:asciiTheme="majorHAnsi" w:hAnsiTheme="majorHAnsi" w:cstheme="majorHAnsi"/>
          <w:sz w:val="24"/>
          <w:szCs w:val="24"/>
        </w:rPr>
        <w:t>2010 and</w:t>
      </w:r>
      <w:r w:rsidRPr="0052011B">
        <w:rPr>
          <w:rFonts w:asciiTheme="majorHAnsi" w:hAnsiTheme="majorHAnsi" w:cstheme="majorHAnsi"/>
          <w:sz w:val="24"/>
          <w:szCs w:val="24"/>
        </w:rPr>
        <w:t xml:space="preserve"> building an accurate picture of the make-up of the workforce in encouraging equality and diversity.</w:t>
      </w:r>
    </w:p>
    <w:p w14:paraId="2B0FB2A7" w14:textId="77777777" w:rsidR="004922CE"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 xml:space="preserve">We need your help and co-operation to enable us to do this. The information you provide will be separated from your application and used for monitoring purposes only. This information will stay confidential, be stored securely and will only be shared with staff in the </w:t>
      </w:r>
      <w:proofErr w:type="spellStart"/>
      <w:r w:rsidRPr="0052011B">
        <w:rPr>
          <w:rFonts w:asciiTheme="majorHAnsi" w:hAnsiTheme="majorHAnsi" w:cstheme="majorHAnsi"/>
          <w:sz w:val="24"/>
          <w:szCs w:val="24"/>
        </w:rPr>
        <w:t>organisation</w:t>
      </w:r>
      <w:proofErr w:type="spellEnd"/>
      <w:r w:rsidRPr="0052011B">
        <w:rPr>
          <w:rFonts w:asciiTheme="majorHAnsi" w:hAnsiTheme="majorHAnsi" w:cstheme="majorHAnsi"/>
          <w:sz w:val="24"/>
          <w:szCs w:val="24"/>
        </w:rPr>
        <w:t xml:space="preserve"> who need it.</w:t>
      </w:r>
    </w:p>
    <w:p w14:paraId="6E849CBF" w14:textId="69824E93" w:rsidR="00437277"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Please return the completed form with your application</w:t>
      </w:r>
      <w:r w:rsidR="00821A5C">
        <w:rPr>
          <w:rFonts w:asciiTheme="majorHAnsi" w:hAnsiTheme="majorHAnsi" w:cstheme="majorHAnsi"/>
          <w:sz w:val="24"/>
          <w:szCs w:val="24"/>
        </w:rPr>
        <w:t xml:space="preserve"> pack</w:t>
      </w:r>
      <w:r w:rsidRPr="0052011B">
        <w:rPr>
          <w:rFonts w:asciiTheme="majorHAnsi" w:hAnsiTheme="majorHAnsi" w:cstheme="majorHAnsi"/>
          <w:sz w:val="24"/>
          <w:szCs w:val="24"/>
        </w:rPr>
        <w:t xml:space="preserve"> to </w:t>
      </w:r>
      <w:hyperlink r:id="rId7" w:history="1">
        <w:r w:rsidR="00437277" w:rsidRPr="00BA6338">
          <w:rPr>
            <w:rStyle w:val="Hyperlink"/>
            <w:rFonts w:asciiTheme="majorHAnsi" w:hAnsiTheme="majorHAnsi" w:cstheme="majorHAnsi"/>
            <w:sz w:val="24"/>
            <w:szCs w:val="24"/>
          </w:rPr>
          <w:t>donna.middleton@tvwc.org.uk</w:t>
        </w:r>
      </w:hyperlink>
      <w:r w:rsidR="00437277">
        <w:rPr>
          <w:rFonts w:asciiTheme="majorHAnsi" w:hAnsiTheme="majorHAnsi" w:cstheme="majorHAnsi"/>
          <w:sz w:val="24"/>
          <w:szCs w:val="24"/>
        </w:rPr>
        <w:t xml:space="preserve"> </w:t>
      </w:r>
    </w:p>
    <w:p w14:paraId="4B246BCB"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Ethnicity</w:t>
      </w:r>
    </w:p>
    <w:p w14:paraId="4F483452" w14:textId="77777777" w:rsidR="004922CE"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Ethnic origin is not about nationality, place of birth or citizenship. It is about the group to which you perceive you belong.</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6"/>
        <w:gridCol w:w="3548"/>
        <w:gridCol w:w="3546"/>
      </w:tblGrid>
      <w:tr w:rsidR="004922CE" w:rsidRPr="0052011B" w14:paraId="3EA332A6" w14:textId="77777777">
        <w:trPr>
          <w:jc w:val="center"/>
        </w:trPr>
        <w:tc>
          <w:tcPr>
            <w:tcW w:w="3552" w:type="dxa"/>
            <w:vAlign w:val="center"/>
          </w:tcPr>
          <w:p w14:paraId="200C0502"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White</w:t>
            </w:r>
          </w:p>
        </w:tc>
        <w:tc>
          <w:tcPr>
            <w:tcW w:w="3552" w:type="dxa"/>
            <w:vAlign w:val="center"/>
          </w:tcPr>
          <w:p w14:paraId="0828E1B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English</w:t>
            </w:r>
          </w:p>
        </w:tc>
        <w:tc>
          <w:tcPr>
            <w:tcW w:w="3552" w:type="dxa"/>
            <w:vAlign w:val="center"/>
          </w:tcPr>
          <w:p w14:paraId="2366ED1D"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07A2D84F" w14:textId="77777777">
        <w:trPr>
          <w:jc w:val="center"/>
        </w:trPr>
        <w:tc>
          <w:tcPr>
            <w:tcW w:w="3552" w:type="dxa"/>
            <w:vAlign w:val="center"/>
          </w:tcPr>
          <w:p w14:paraId="15DADE3A"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88C1B55"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Welsh</w:t>
            </w:r>
          </w:p>
        </w:tc>
        <w:tc>
          <w:tcPr>
            <w:tcW w:w="3552" w:type="dxa"/>
            <w:vAlign w:val="center"/>
          </w:tcPr>
          <w:p w14:paraId="02015191"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379E21B9" w14:textId="77777777">
        <w:trPr>
          <w:jc w:val="center"/>
        </w:trPr>
        <w:tc>
          <w:tcPr>
            <w:tcW w:w="3552" w:type="dxa"/>
            <w:vAlign w:val="center"/>
          </w:tcPr>
          <w:p w14:paraId="0D50FDC3"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723C8A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Scottish</w:t>
            </w:r>
          </w:p>
        </w:tc>
        <w:tc>
          <w:tcPr>
            <w:tcW w:w="3552" w:type="dxa"/>
            <w:vAlign w:val="center"/>
          </w:tcPr>
          <w:p w14:paraId="32D52FF9"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1B7855F5" w14:textId="77777777">
        <w:trPr>
          <w:jc w:val="center"/>
        </w:trPr>
        <w:tc>
          <w:tcPr>
            <w:tcW w:w="3552" w:type="dxa"/>
            <w:vAlign w:val="center"/>
          </w:tcPr>
          <w:p w14:paraId="48808DDF"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6CF91C9"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Northern Irish</w:t>
            </w:r>
          </w:p>
        </w:tc>
        <w:tc>
          <w:tcPr>
            <w:tcW w:w="3552" w:type="dxa"/>
            <w:vAlign w:val="center"/>
          </w:tcPr>
          <w:p w14:paraId="64188377"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6A2BFB7D" w14:textId="77777777">
        <w:trPr>
          <w:jc w:val="center"/>
        </w:trPr>
        <w:tc>
          <w:tcPr>
            <w:tcW w:w="3552" w:type="dxa"/>
            <w:vAlign w:val="center"/>
          </w:tcPr>
          <w:p w14:paraId="728656CB"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6BC8BD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Irish</w:t>
            </w:r>
          </w:p>
        </w:tc>
        <w:tc>
          <w:tcPr>
            <w:tcW w:w="3552" w:type="dxa"/>
            <w:vAlign w:val="center"/>
          </w:tcPr>
          <w:p w14:paraId="2A4D1504"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2F6495CB" w14:textId="77777777">
        <w:trPr>
          <w:jc w:val="center"/>
        </w:trPr>
        <w:tc>
          <w:tcPr>
            <w:tcW w:w="3552" w:type="dxa"/>
            <w:vAlign w:val="center"/>
          </w:tcPr>
          <w:p w14:paraId="345BDDBA"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4355F0F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British</w:t>
            </w:r>
          </w:p>
        </w:tc>
        <w:tc>
          <w:tcPr>
            <w:tcW w:w="3552" w:type="dxa"/>
            <w:vAlign w:val="center"/>
          </w:tcPr>
          <w:p w14:paraId="530985F3"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07D8B084" w14:textId="77777777">
        <w:trPr>
          <w:jc w:val="center"/>
        </w:trPr>
        <w:tc>
          <w:tcPr>
            <w:tcW w:w="3552" w:type="dxa"/>
            <w:vAlign w:val="center"/>
          </w:tcPr>
          <w:p w14:paraId="40D35068"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5C0807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 xml:space="preserve">Gypsy or Irish </w:t>
            </w:r>
            <w:proofErr w:type="spellStart"/>
            <w:r w:rsidRPr="0052011B">
              <w:rPr>
                <w:rFonts w:asciiTheme="majorHAnsi" w:hAnsiTheme="majorHAnsi" w:cstheme="majorHAnsi"/>
                <w:sz w:val="24"/>
                <w:szCs w:val="24"/>
              </w:rPr>
              <w:t>Traveller</w:t>
            </w:r>
            <w:proofErr w:type="spellEnd"/>
          </w:p>
        </w:tc>
        <w:tc>
          <w:tcPr>
            <w:tcW w:w="3552" w:type="dxa"/>
            <w:vAlign w:val="center"/>
          </w:tcPr>
          <w:p w14:paraId="450C6703"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6ECFF078" w14:textId="77777777">
        <w:trPr>
          <w:jc w:val="center"/>
        </w:trPr>
        <w:tc>
          <w:tcPr>
            <w:tcW w:w="3552" w:type="dxa"/>
            <w:vAlign w:val="center"/>
          </w:tcPr>
          <w:p w14:paraId="1EF863F0"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3A1EB99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Any other white background, please state:</w:t>
            </w:r>
          </w:p>
        </w:tc>
        <w:tc>
          <w:tcPr>
            <w:tcW w:w="3552" w:type="dxa"/>
            <w:vAlign w:val="center"/>
          </w:tcPr>
          <w:p w14:paraId="47C1BF2D"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7E9ECD02" w14:textId="77777777">
        <w:trPr>
          <w:jc w:val="center"/>
        </w:trPr>
        <w:tc>
          <w:tcPr>
            <w:tcW w:w="3552" w:type="dxa"/>
            <w:vAlign w:val="center"/>
          </w:tcPr>
          <w:p w14:paraId="3A49249B"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Mixed / multiple ethnic groups</w:t>
            </w:r>
          </w:p>
        </w:tc>
        <w:tc>
          <w:tcPr>
            <w:tcW w:w="3552" w:type="dxa"/>
            <w:vAlign w:val="center"/>
          </w:tcPr>
          <w:p w14:paraId="230E0F46"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White &amp; Black Caribbean</w:t>
            </w:r>
          </w:p>
        </w:tc>
        <w:tc>
          <w:tcPr>
            <w:tcW w:w="3552" w:type="dxa"/>
            <w:vAlign w:val="center"/>
          </w:tcPr>
          <w:p w14:paraId="6D6CB669"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0F3B5AC6" w14:textId="77777777">
        <w:trPr>
          <w:jc w:val="center"/>
        </w:trPr>
        <w:tc>
          <w:tcPr>
            <w:tcW w:w="3552" w:type="dxa"/>
            <w:vAlign w:val="center"/>
          </w:tcPr>
          <w:p w14:paraId="2D2BB11A"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035F12A"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White &amp; Black African</w:t>
            </w:r>
          </w:p>
        </w:tc>
        <w:tc>
          <w:tcPr>
            <w:tcW w:w="3552" w:type="dxa"/>
            <w:vAlign w:val="center"/>
          </w:tcPr>
          <w:p w14:paraId="30718D02"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16E9DA44" w14:textId="77777777">
        <w:trPr>
          <w:jc w:val="center"/>
        </w:trPr>
        <w:tc>
          <w:tcPr>
            <w:tcW w:w="3552" w:type="dxa"/>
            <w:vAlign w:val="center"/>
          </w:tcPr>
          <w:p w14:paraId="73162602"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33BD10E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White &amp; Asian</w:t>
            </w:r>
          </w:p>
        </w:tc>
        <w:tc>
          <w:tcPr>
            <w:tcW w:w="3552" w:type="dxa"/>
            <w:vAlign w:val="center"/>
          </w:tcPr>
          <w:p w14:paraId="773DBF89"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605BB7B2" w14:textId="77777777">
        <w:trPr>
          <w:jc w:val="center"/>
        </w:trPr>
        <w:tc>
          <w:tcPr>
            <w:tcW w:w="3552" w:type="dxa"/>
            <w:vAlign w:val="center"/>
          </w:tcPr>
          <w:p w14:paraId="246720F8"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368A1C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Any other mixed background, please state:</w:t>
            </w:r>
          </w:p>
        </w:tc>
        <w:tc>
          <w:tcPr>
            <w:tcW w:w="3552" w:type="dxa"/>
            <w:vAlign w:val="center"/>
          </w:tcPr>
          <w:p w14:paraId="00127D40"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3A1DBE35" w14:textId="77777777">
        <w:trPr>
          <w:jc w:val="center"/>
        </w:trPr>
        <w:tc>
          <w:tcPr>
            <w:tcW w:w="3552" w:type="dxa"/>
            <w:vAlign w:val="center"/>
          </w:tcPr>
          <w:p w14:paraId="39A3116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Asian or Asian British</w:t>
            </w:r>
          </w:p>
        </w:tc>
        <w:tc>
          <w:tcPr>
            <w:tcW w:w="3552" w:type="dxa"/>
            <w:vAlign w:val="center"/>
          </w:tcPr>
          <w:p w14:paraId="3FDEF5C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Indian</w:t>
            </w:r>
          </w:p>
        </w:tc>
        <w:tc>
          <w:tcPr>
            <w:tcW w:w="3552" w:type="dxa"/>
            <w:vAlign w:val="center"/>
          </w:tcPr>
          <w:p w14:paraId="6786D171"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7501EBCB" w14:textId="77777777">
        <w:trPr>
          <w:jc w:val="center"/>
        </w:trPr>
        <w:tc>
          <w:tcPr>
            <w:tcW w:w="3552" w:type="dxa"/>
            <w:vAlign w:val="center"/>
          </w:tcPr>
          <w:p w14:paraId="2216CF26"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60159AC0"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Pakistani</w:t>
            </w:r>
          </w:p>
        </w:tc>
        <w:tc>
          <w:tcPr>
            <w:tcW w:w="3552" w:type="dxa"/>
            <w:vAlign w:val="center"/>
          </w:tcPr>
          <w:p w14:paraId="37DEAF90"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63049643" w14:textId="77777777">
        <w:trPr>
          <w:jc w:val="center"/>
        </w:trPr>
        <w:tc>
          <w:tcPr>
            <w:tcW w:w="3552" w:type="dxa"/>
            <w:vAlign w:val="center"/>
          </w:tcPr>
          <w:p w14:paraId="65BFCBB2"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9F65CB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Bangladeshi</w:t>
            </w:r>
          </w:p>
        </w:tc>
        <w:tc>
          <w:tcPr>
            <w:tcW w:w="3552" w:type="dxa"/>
            <w:vAlign w:val="center"/>
          </w:tcPr>
          <w:p w14:paraId="4B504F72"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307E51BA" w14:textId="77777777">
        <w:trPr>
          <w:jc w:val="center"/>
        </w:trPr>
        <w:tc>
          <w:tcPr>
            <w:tcW w:w="3552" w:type="dxa"/>
            <w:vAlign w:val="center"/>
          </w:tcPr>
          <w:p w14:paraId="42057DFA"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67BEC067"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Chinese</w:t>
            </w:r>
          </w:p>
        </w:tc>
        <w:tc>
          <w:tcPr>
            <w:tcW w:w="3552" w:type="dxa"/>
            <w:vAlign w:val="center"/>
          </w:tcPr>
          <w:p w14:paraId="1BE80E6E"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2A67E786" w14:textId="77777777">
        <w:trPr>
          <w:jc w:val="center"/>
        </w:trPr>
        <w:tc>
          <w:tcPr>
            <w:tcW w:w="3552" w:type="dxa"/>
            <w:vAlign w:val="center"/>
          </w:tcPr>
          <w:p w14:paraId="79121626"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45E897E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Any other Asian background, please state:</w:t>
            </w:r>
          </w:p>
        </w:tc>
        <w:tc>
          <w:tcPr>
            <w:tcW w:w="3552" w:type="dxa"/>
            <w:vAlign w:val="center"/>
          </w:tcPr>
          <w:p w14:paraId="0717781F"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0FEA295B" w14:textId="77777777">
        <w:trPr>
          <w:jc w:val="center"/>
        </w:trPr>
        <w:tc>
          <w:tcPr>
            <w:tcW w:w="3552" w:type="dxa"/>
            <w:vAlign w:val="center"/>
          </w:tcPr>
          <w:p w14:paraId="6F29C43D"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Black or Black British</w:t>
            </w:r>
          </w:p>
        </w:tc>
        <w:tc>
          <w:tcPr>
            <w:tcW w:w="3552" w:type="dxa"/>
            <w:vAlign w:val="center"/>
          </w:tcPr>
          <w:p w14:paraId="305A39B8"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African</w:t>
            </w:r>
          </w:p>
        </w:tc>
        <w:tc>
          <w:tcPr>
            <w:tcW w:w="3552" w:type="dxa"/>
            <w:vAlign w:val="center"/>
          </w:tcPr>
          <w:p w14:paraId="10650E81"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3D67BFF8" w14:textId="77777777">
        <w:trPr>
          <w:jc w:val="center"/>
        </w:trPr>
        <w:tc>
          <w:tcPr>
            <w:tcW w:w="3552" w:type="dxa"/>
            <w:vAlign w:val="center"/>
          </w:tcPr>
          <w:p w14:paraId="25414E45"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5564681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Caribbean</w:t>
            </w:r>
          </w:p>
        </w:tc>
        <w:tc>
          <w:tcPr>
            <w:tcW w:w="3552" w:type="dxa"/>
            <w:vAlign w:val="center"/>
          </w:tcPr>
          <w:p w14:paraId="07FAD91C"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r>
      <w:tr w:rsidR="004922CE" w:rsidRPr="0052011B" w14:paraId="0C78356C" w14:textId="77777777">
        <w:trPr>
          <w:jc w:val="center"/>
        </w:trPr>
        <w:tc>
          <w:tcPr>
            <w:tcW w:w="3552" w:type="dxa"/>
            <w:vAlign w:val="center"/>
          </w:tcPr>
          <w:p w14:paraId="503C5ACB"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3674057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Any other Black / African / Caribbean background, please state:</w:t>
            </w:r>
          </w:p>
        </w:tc>
        <w:tc>
          <w:tcPr>
            <w:tcW w:w="3552" w:type="dxa"/>
            <w:vAlign w:val="center"/>
          </w:tcPr>
          <w:p w14:paraId="1C01CF3E"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513CF278" w14:textId="77777777">
        <w:trPr>
          <w:jc w:val="center"/>
        </w:trPr>
        <w:tc>
          <w:tcPr>
            <w:tcW w:w="3552" w:type="dxa"/>
            <w:vAlign w:val="center"/>
          </w:tcPr>
          <w:p w14:paraId="7AA6370A" w14:textId="77777777" w:rsidR="004922CE" w:rsidRPr="0052011B" w:rsidRDefault="00000000">
            <w:pPr>
              <w:spacing w:after="0" w:line="240" w:lineRule="auto"/>
              <w:rPr>
                <w:rFonts w:asciiTheme="majorHAnsi" w:hAnsiTheme="majorHAnsi" w:cstheme="majorHAnsi"/>
                <w:sz w:val="24"/>
                <w:szCs w:val="24"/>
              </w:rPr>
            </w:pPr>
            <w:proofErr w:type="gramStart"/>
            <w:r w:rsidRPr="0052011B">
              <w:rPr>
                <w:rFonts w:asciiTheme="majorHAnsi" w:hAnsiTheme="majorHAnsi" w:cstheme="majorHAnsi"/>
                <w:b/>
                <w:sz w:val="24"/>
                <w:szCs w:val="24"/>
              </w:rPr>
              <w:t>Other</w:t>
            </w:r>
            <w:proofErr w:type="gramEnd"/>
            <w:r w:rsidRPr="0052011B">
              <w:rPr>
                <w:rFonts w:asciiTheme="majorHAnsi" w:hAnsiTheme="majorHAnsi" w:cstheme="majorHAnsi"/>
                <w:b/>
                <w:sz w:val="24"/>
                <w:szCs w:val="24"/>
              </w:rPr>
              <w:t xml:space="preserve"> ethnic </w:t>
            </w:r>
            <w:proofErr w:type="gramStart"/>
            <w:r w:rsidRPr="0052011B">
              <w:rPr>
                <w:rFonts w:asciiTheme="majorHAnsi" w:hAnsiTheme="majorHAnsi" w:cstheme="majorHAnsi"/>
                <w:b/>
                <w:sz w:val="24"/>
                <w:szCs w:val="24"/>
              </w:rPr>
              <w:t>group</w:t>
            </w:r>
            <w:proofErr w:type="gramEnd"/>
            <w:r w:rsidRPr="0052011B">
              <w:rPr>
                <w:rFonts w:asciiTheme="majorHAnsi" w:hAnsiTheme="majorHAnsi" w:cstheme="majorHAnsi"/>
                <w:b/>
                <w:sz w:val="24"/>
                <w:szCs w:val="24"/>
              </w:rPr>
              <w:t>, please state:</w:t>
            </w:r>
          </w:p>
        </w:tc>
        <w:tc>
          <w:tcPr>
            <w:tcW w:w="3552" w:type="dxa"/>
            <w:vAlign w:val="center"/>
          </w:tcPr>
          <w:p w14:paraId="559A6D6C"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064AC91"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55628B7F" w14:textId="77777777">
        <w:trPr>
          <w:jc w:val="center"/>
        </w:trPr>
        <w:tc>
          <w:tcPr>
            <w:tcW w:w="3552" w:type="dxa"/>
            <w:vAlign w:val="center"/>
          </w:tcPr>
          <w:p w14:paraId="2A2EBD7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Prefer not to say</w:t>
            </w:r>
          </w:p>
        </w:tc>
        <w:tc>
          <w:tcPr>
            <w:tcW w:w="3552" w:type="dxa"/>
            <w:vAlign w:val="center"/>
          </w:tcPr>
          <w:p w14:paraId="5E281A5B" w14:textId="77777777" w:rsidR="004922CE" w:rsidRPr="0052011B" w:rsidRDefault="00000000">
            <w:pPr>
              <w:spacing w:after="0" w:line="240" w:lineRule="auto"/>
              <w:rPr>
                <w:rFonts w:asciiTheme="majorHAnsi" w:hAnsiTheme="majorHAnsi" w:cstheme="majorHAnsi"/>
                <w:sz w:val="24"/>
                <w:szCs w:val="24"/>
              </w:rPr>
            </w:pPr>
            <w:r w:rsidRPr="0052011B">
              <w:rPr>
                <w:rFonts w:ascii="Segoe UI Symbol" w:hAnsi="Segoe UI Symbol" w:cs="Segoe UI Symbol"/>
                <w:sz w:val="24"/>
                <w:szCs w:val="24"/>
              </w:rPr>
              <w:t>☐</w:t>
            </w:r>
          </w:p>
        </w:tc>
        <w:tc>
          <w:tcPr>
            <w:tcW w:w="3552" w:type="dxa"/>
            <w:vAlign w:val="center"/>
          </w:tcPr>
          <w:p w14:paraId="43880CDE" w14:textId="77777777" w:rsidR="004922CE" w:rsidRPr="0052011B" w:rsidRDefault="004922CE">
            <w:pPr>
              <w:spacing w:after="0" w:line="240" w:lineRule="auto"/>
              <w:rPr>
                <w:rFonts w:asciiTheme="majorHAnsi" w:hAnsiTheme="majorHAnsi" w:cstheme="majorHAnsi"/>
                <w:sz w:val="24"/>
                <w:szCs w:val="24"/>
              </w:rPr>
            </w:pPr>
          </w:p>
        </w:tc>
      </w:tr>
    </w:tbl>
    <w:p w14:paraId="408E61BA" w14:textId="77777777" w:rsidR="004922CE" w:rsidRPr="0052011B" w:rsidRDefault="004922CE">
      <w:pPr>
        <w:spacing w:after="0"/>
        <w:rPr>
          <w:rFonts w:asciiTheme="majorHAnsi" w:hAnsiTheme="majorHAnsi" w:cstheme="majorHAnsi"/>
          <w:sz w:val="24"/>
          <w:szCs w:val="24"/>
        </w:rPr>
      </w:pPr>
    </w:p>
    <w:p w14:paraId="711E2DF9" w14:textId="77777777" w:rsidR="004922CE" w:rsidRPr="0052011B" w:rsidRDefault="004922CE">
      <w:pPr>
        <w:spacing w:after="0"/>
        <w:rPr>
          <w:rFonts w:asciiTheme="majorHAnsi" w:hAnsiTheme="majorHAnsi" w:cstheme="majorHAnsi"/>
          <w:sz w:val="24"/>
          <w:szCs w:val="24"/>
        </w:rPr>
      </w:pPr>
    </w:p>
    <w:p w14:paraId="055D8E26" w14:textId="6C13778B" w:rsidR="00F270BC" w:rsidRPr="00EE17D2" w:rsidRDefault="00F270BC" w:rsidP="00EE17D2">
      <w:pPr>
        <w:rPr>
          <w:rFonts w:asciiTheme="majorHAnsi" w:hAnsiTheme="majorHAnsi" w:cstheme="majorHAnsi"/>
          <w:sz w:val="24"/>
          <w:szCs w:val="24"/>
        </w:rPr>
      </w:pPr>
    </w:p>
    <w:p w14:paraId="201D726E" w14:textId="77777777" w:rsidR="004922CE" w:rsidRPr="0052011B" w:rsidRDefault="004922CE">
      <w:pPr>
        <w:spacing w:after="0"/>
        <w:rPr>
          <w:rFonts w:asciiTheme="majorHAnsi" w:hAnsiTheme="majorHAnsi" w:cstheme="majorHAnsi"/>
          <w:sz w:val="24"/>
          <w:szCs w:val="24"/>
        </w:rPr>
      </w:pPr>
    </w:p>
    <w:p w14:paraId="24BBA8F3" w14:textId="77777777" w:rsidR="004922CE" w:rsidRPr="0052011B" w:rsidRDefault="00000000">
      <w:pPr>
        <w:rPr>
          <w:rFonts w:asciiTheme="majorHAnsi" w:hAnsiTheme="majorHAnsi" w:cstheme="majorHAnsi"/>
          <w:sz w:val="24"/>
          <w:szCs w:val="24"/>
        </w:rPr>
      </w:pPr>
      <w:r w:rsidRPr="0052011B">
        <w:rPr>
          <w:rFonts w:asciiTheme="majorHAnsi" w:hAnsiTheme="majorHAnsi" w:cstheme="majorHAnsi"/>
          <w:sz w:val="24"/>
          <w:szCs w:val="24"/>
        </w:rPr>
        <w:br w:type="page"/>
      </w:r>
    </w:p>
    <w:p w14:paraId="03AF3812" w14:textId="7B03C1D9" w:rsidR="00F270BC" w:rsidRDefault="003B682D">
      <w:pPr>
        <w:spacing w:before="80" w:after="100"/>
        <w:rPr>
          <w:rFonts w:asciiTheme="majorHAnsi" w:hAnsiTheme="majorHAnsi" w:cstheme="majorHAnsi"/>
          <w:b/>
          <w:sz w:val="24"/>
          <w:szCs w:val="24"/>
        </w:rPr>
      </w:pPr>
      <w:r>
        <w:rPr>
          <w:rFonts w:ascii="Times New Roman" w:hAnsi="Times New Roman"/>
          <w:noProof/>
          <w:color w:val="5F497A" w:themeColor="accent4" w:themeShade="BF"/>
          <w:lang w:val="en-GB" w:eastAsia="en-GB"/>
        </w:rPr>
        <w:lastRenderedPageBreak/>
        <w:drawing>
          <wp:anchor distT="0" distB="0" distL="114300" distR="114300" simplePos="0" relativeHeight="251667456" behindDoc="1" locked="0" layoutInCell="1" allowOverlap="1" wp14:anchorId="5A309E10" wp14:editId="182F7757">
            <wp:simplePos x="0" y="0"/>
            <wp:positionH relativeFrom="margin">
              <wp:align>left</wp:align>
            </wp:positionH>
            <wp:positionV relativeFrom="paragraph">
              <wp:posOffset>-1905</wp:posOffset>
            </wp:positionV>
            <wp:extent cx="2790825" cy="895350"/>
            <wp:effectExtent l="0" t="0" r="9525" b="0"/>
            <wp:wrapNone/>
            <wp:docPr id="1363773080"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790825" cy="895350"/>
                    </a:xfrm>
                    <a:prstGeom prst="rect">
                      <a:avLst/>
                    </a:prstGeom>
                  </pic:spPr>
                </pic:pic>
              </a:graphicData>
            </a:graphic>
            <wp14:sizeRelH relativeFrom="margin">
              <wp14:pctWidth>0</wp14:pctWidth>
            </wp14:sizeRelH>
            <wp14:sizeRelV relativeFrom="margin">
              <wp14:pctHeight>0</wp14:pctHeight>
            </wp14:sizeRelV>
          </wp:anchor>
        </w:drawing>
      </w:r>
    </w:p>
    <w:p w14:paraId="0DACD98C" w14:textId="77777777" w:rsidR="003B682D" w:rsidRPr="003B682D" w:rsidRDefault="003B682D" w:rsidP="003B682D">
      <w:pPr>
        <w:spacing w:before="80" w:after="100"/>
        <w:ind w:left="283"/>
        <w:rPr>
          <w:rFonts w:asciiTheme="majorHAnsi" w:hAnsiTheme="majorHAnsi" w:cstheme="majorHAnsi"/>
          <w:sz w:val="24"/>
          <w:szCs w:val="24"/>
        </w:rPr>
      </w:pPr>
    </w:p>
    <w:p w14:paraId="34B97B90" w14:textId="77777777" w:rsidR="003B682D" w:rsidRPr="003B682D" w:rsidRDefault="003B682D" w:rsidP="003B682D">
      <w:pPr>
        <w:spacing w:before="80" w:after="100"/>
        <w:ind w:left="283"/>
        <w:rPr>
          <w:rFonts w:asciiTheme="majorHAnsi" w:hAnsiTheme="majorHAnsi" w:cstheme="majorHAnsi"/>
          <w:sz w:val="24"/>
          <w:szCs w:val="24"/>
        </w:rPr>
      </w:pPr>
    </w:p>
    <w:p w14:paraId="2D4513BF" w14:textId="77777777" w:rsidR="003B682D" w:rsidRPr="003B682D" w:rsidRDefault="003B682D" w:rsidP="003B682D">
      <w:pPr>
        <w:spacing w:before="80" w:after="100"/>
        <w:ind w:left="283"/>
        <w:rPr>
          <w:rFonts w:asciiTheme="majorHAnsi" w:hAnsiTheme="majorHAnsi" w:cstheme="majorHAnsi"/>
          <w:sz w:val="24"/>
          <w:szCs w:val="24"/>
        </w:rPr>
      </w:pPr>
    </w:p>
    <w:p w14:paraId="56E113F1" w14:textId="77777777" w:rsidR="003B682D" w:rsidRPr="003B682D" w:rsidRDefault="003B682D" w:rsidP="003B682D">
      <w:pPr>
        <w:spacing w:before="80" w:after="100"/>
        <w:ind w:left="283"/>
        <w:rPr>
          <w:rFonts w:asciiTheme="majorHAnsi" w:hAnsiTheme="majorHAnsi" w:cstheme="majorHAnsi"/>
          <w:sz w:val="24"/>
          <w:szCs w:val="24"/>
        </w:rPr>
      </w:pPr>
    </w:p>
    <w:p w14:paraId="3F80AA87" w14:textId="31114021" w:rsidR="003B682D" w:rsidRDefault="00000000" w:rsidP="003B682D">
      <w:pPr>
        <w:spacing w:before="80" w:after="100"/>
        <w:ind w:left="283"/>
        <w:rPr>
          <w:rFonts w:asciiTheme="majorHAnsi" w:hAnsiTheme="majorHAnsi" w:cstheme="majorHAnsi"/>
          <w:sz w:val="24"/>
          <w:szCs w:val="24"/>
        </w:rPr>
      </w:pPr>
      <w:r w:rsidRPr="003B682D">
        <w:rPr>
          <w:rFonts w:asciiTheme="majorHAnsi" w:hAnsiTheme="majorHAnsi" w:cstheme="majorHAnsi"/>
          <w:b/>
          <w:sz w:val="24"/>
          <w:szCs w:val="24"/>
        </w:rPr>
        <w:t>EMPLOYMENT APPLICATION FORM</w:t>
      </w:r>
    </w:p>
    <w:p w14:paraId="7560143C" w14:textId="7DD5FA84" w:rsidR="008F29B0"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P</w:t>
      </w:r>
      <w:r w:rsidRPr="0052011B">
        <w:rPr>
          <w:rFonts w:asciiTheme="majorHAnsi" w:hAnsiTheme="majorHAnsi" w:cstheme="majorHAnsi"/>
          <w:sz w:val="24"/>
          <w:szCs w:val="24"/>
        </w:rPr>
        <w:t>lease complete all sections of the form fully: CVs will not be accepted. Please note that providing false information will result in the application being rejected or withdrawal of any offer of employment, or dismissal if you are in post. Please note that checks may be carried out to verify the contents of your application.</w:t>
      </w:r>
    </w:p>
    <w:p w14:paraId="68877267"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PART 1 – Personal Information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320"/>
        <w:gridCol w:w="5616"/>
      </w:tblGrid>
      <w:tr w:rsidR="004922CE" w:rsidRPr="0052011B" w14:paraId="645B1276" w14:textId="77777777">
        <w:trPr>
          <w:jc w:val="center"/>
        </w:trPr>
        <w:tc>
          <w:tcPr>
            <w:tcW w:w="4320" w:type="dxa"/>
            <w:vAlign w:val="center"/>
          </w:tcPr>
          <w:p w14:paraId="2F99F32E"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Salutation: (</w:t>
            </w:r>
            <w:proofErr w:type="spellStart"/>
            <w:r w:rsidRPr="0052011B">
              <w:rPr>
                <w:rFonts w:asciiTheme="majorHAnsi" w:hAnsiTheme="majorHAnsi" w:cstheme="majorHAnsi"/>
                <w:b/>
                <w:sz w:val="24"/>
                <w:szCs w:val="24"/>
              </w:rPr>
              <w:t>Mrs</w:t>
            </w:r>
            <w:proofErr w:type="spellEnd"/>
            <w:r w:rsidRPr="0052011B">
              <w:rPr>
                <w:rFonts w:asciiTheme="majorHAnsi" w:hAnsiTheme="majorHAnsi" w:cstheme="majorHAnsi"/>
                <w:b/>
                <w:sz w:val="24"/>
                <w:szCs w:val="24"/>
              </w:rPr>
              <w:t xml:space="preserve">, Miss, </w:t>
            </w:r>
            <w:proofErr w:type="spellStart"/>
            <w:r w:rsidRPr="0052011B">
              <w:rPr>
                <w:rFonts w:asciiTheme="majorHAnsi" w:hAnsiTheme="majorHAnsi" w:cstheme="majorHAnsi"/>
                <w:b/>
                <w:sz w:val="24"/>
                <w:szCs w:val="24"/>
              </w:rPr>
              <w:t>Ms</w:t>
            </w:r>
            <w:proofErr w:type="spellEnd"/>
            <w:r w:rsidRPr="0052011B">
              <w:rPr>
                <w:rFonts w:asciiTheme="majorHAnsi" w:hAnsiTheme="majorHAnsi" w:cstheme="majorHAnsi"/>
                <w:b/>
                <w:sz w:val="24"/>
                <w:szCs w:val="24"/>
              </w:rPr>
              <w:t>)</w:t>
            </w:r>
          </w:p>
          <w:p w14:paraId="2F3CBC53" w14:textId="434F7EA2"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48118D00"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7D6400C8" w14:textId="77777777">
        <w:trPr>
          <w:jc w:val="center"/>
        </w:trPr>
        <w:tc>
          <w:tcPr>
            <w:tcW w:w="4320" w:type="dxa"/>
            <w:vAlign w:val="center"/>
          </w:tcPr>
          <w:p w14:paraId="35166067"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First name:</w:t>
            </w:r>
          </w:p>
          <w:p w14:paraId="14E0346D"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7848013A"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1C9B183C" w14:textId="77777777">
        <w:trPr>
          <w:jc w:val="center"/>
        </w:trPr>
        <w:tc>
          <w:tcPr>
            <w:tcW w:w="4320" w:type="dxa"/>
            <w:vAlign w:val="center"/>
          </w:tcPr>
          <w:p w14:paraId="7B25F4D3"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Middle name(s):</w:t>
            </w:r>
          </w:p>
          <w:p w14:paraId="007EFC76"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22A7DB77"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4C37C9C5" w14:textId="77777777">
        <w:trPr>
          <w:jc w:val="center"/>
        </w:trPr>
        <w:tc>
          <w:tcPr>
            <w:tcW w:w="4320" w:type="dxa"/>
            <w:vAlign w:val="center"/>
          </w:tcPr>
          <w:p w14:paraId="5CAAB32A"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Surname / family name:</w:t>
            </w:r>
          </w:p>
          <w:p w14:paraId="04FD7707"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0ACBEC60"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68D955AA" w14:textId="77777777">
        <w:trPr>
          <w:jc w:val="center"/>
        </w:trPr>
        <w:tc>
          <w:tcPr>
            <w:tcW w:w="4320" w:type="dxa"/>
            <w:vAlign w:val="center"/>
          </w:tcPr>
          <w:p w14:paraId="673F524C"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Contact email address:</w:t>
            </w:r>
          </w:p>
          <w:p w14:paraId="09B5B77C"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1B4CB570"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324CAFBA" w14:textId="77777777">
        <w:trPr>
          <w:jc w:val="center"/>
        </w:trPr>
        <w:tc>
          <w:tcPr>
            <w:tcW w:w="4320" w:type="dxa"/>
            <w:vAlign w:val="center"/>
          </w:tcPr>
          <w:p w14:paraId="0F435E84"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Contact telephone number:</w:t>
            </w:r>
          </w:p>
          <w:p w14:paraId="74B83BA3"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5AD4D719"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610F93DA" w14:textId="77777777">
        <w:trPr>
          <w:jc w:val="center"/>
        </w:trPr>
        <w:tc>
          <w:tcPr>
            <w:tcW w:w="4320" w:type="dxa"/>
            <w:vAlign w:val="center"/>
          </w:tcPr>
          <w:p w14:paraId="21ADAAB1" w14:textId="77777777" w:rsidR="003B682D"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Current Address including postcode</w:t>
            </w:r>
          </w:p>
          <w:p w14:paraId="42FE3DA6" w14:textId="268D9C30"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w:t>
            </w:r>
          </w:p>
        </w:tc>
        <w:tc>
          <w:tcPr>
            <w:tcW w:w="5616" w:type="dxa"/>
            <w:vAlign w:val="center"/>
          </w:tcPr>
          <w:p w14:paraId="2E8FE34C"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049251A6" w14:textId="77777777">
        <w:trPr>
          <w:jc w:val="center"/>
        </w:trPr>
        <w:tc>
          <w:tcPr>
            <w:tcW w:w="4320" w:type="dxa"/>
            <w:vAlign w:val="center"/>
          </w:tcPr>
          <w:p w14:paraId="4A4C60FD"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National Insurance number:</w:t>
            </w:r>
          </w:p>
          <w:p w14:paraId="2DA809B5" w14:textId="77777777" w:rsidR="003B682D" w:rsidRPr="0052011B" w:rsidRDefault="003B682D">
            <w:pPr>
              <w:spacing w:after="0" w:line="240" w:lineRule="auto"/>
              <w:rPr>
                <w:rFonts w:asciiTheme="majorHAnsi" w:hAnsiTheme="majorHAnsi" w:cstheme="majorHAnsi"/>
                <w:sz w:val="24"/>
                <w:szCs w:val="24"/>
              </w:rPr>
            </w:pPr>
          </w:p>
        </w:tc>
        <w:tc>
          <w:tcPr>
            <w:tcW w:w="5616" w:type="dxa"/>
            <w:vAlign w:val="center"/>
          </w:tcPr>
          <w:p w14:paraId="228933BB"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2875945D" w14:textId="77777777">
        <w:trPr>
          <w:jc w:val="center"/>
        </w:trPr>
        <w:tc>
          <w:tcPr>
            <w:tcW w:w="4320" w:type="dxa"/>
            <w:vAlign w:val="center"/>
          </w:tcPr>
          <w:p w14:paraId="5EB72AAB" w14:textId="05F37240" w:rsidR="003B682D"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 xml:space="preserve">Do you </w:t>
            </w:r>
            <w:r w:rsidR="003B682D" w:rsidRPr="0052011B">
              <w:rPr>
                <w:rFonts w:asciiTheme="majorHAnsi" w:hAnsiTheme="majorHAnsi" w:cstheme="majorHAnsi"/>
                <w:b/>
                <w:sz w:val="24"/>
                <w:szCs w:val="24"/>
              </w:rPr>
              <w:t>have a</w:t>
            </w:r>
            <w:r w:rsidRPr="0052011B">
              <w:rPr>
                <w:rFonts w:asciiTheme="majorHAnsi" w:hAnsiTheme="majorHAnsi" w:cstheme="majorHAnsi"/>
                <w:b/>
                <w:sz w:val="24"/>
                <w:szCs w:val="24"/>
              </w:rPr>
              <w:t xml:space="preserve"> driving </w:t>
            </w:r>
            <w:r w:rsidR="003B682D" w:rsidRPr="0052011B">
              <w:rPr>
                <w:rFonts w:asciiTheme="majorHAnsi" w:hAnsiTheme="majorHAnsi" w:cstheme="majorHAnsi"/>
                <w:b/>
                <w:sz w:val="24"/>
                <w:szCs w:val="24"/>
              </w:rPr>
              <w:t>license</w:t>
            </w:r>
            <w:r w:rsidRPr="0052011B">
              <w:rPr>
                <w:rFonts w:asciiTheme="majorHAnsi" w:hAnsiTheme="majorHAnsi" w:cstheme="majorHAnsi"/>
                <w:b/>
                <w:sz w:val="24"/>
                <w:szCs w:val="24"/>
              </w:rPr>
              <w:t>:</w:t>
            </w:r>
          </w:p>
          <w:p w14:paraId="7C52F011" w14:textId="6F31A5EB"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br/>
              <w:t xml:space="preserve">Yes </w:t>
            </w:r>
            <w:r w:rsidRPr="0052011B">
              <w:rPr>
                <w:rFonts w:ascii="Segoe UI Symbol" w:hAnsi="Segoe UI Symbol" w:cs="Segoe UI Symbol"/>
                <w:b/>
                <w:sz w:val="24"/>
                <w:szCs w:val="24"/>
              </w:rPr>
              <w:t>☐</w:t>
            </w:r>
            <w:r w:rsidRPr="0052011B">
              <w:rPr>
                <w:rFonts w:asciiTheme="majorHAnsi" w:hAnsiTheme="majorHAnsi" w:cstheme="majorHAnsi"/>
                <w:b/>
                <w:sz w:val="24"/>
                <w:szCs w:val="24"/>
              </w:rPr>
              <w:br/>
              <w:t xml:space="preserve">No </w:t>
            </w:r>
            <w:r w:rsidRPr="0052011B">
              <w:rPr>
                <w:rFonts w:ascii="Segoe UI Symbol" w:hAnsi="Segoe UI Symbol" w:cs="Segoe UI Symbol"/>
                <w:b/>
                <w:sz w:val="24"/>
                <w:szCs w:val="24"/>
              </w:rPr>
              <w:t>☐</w:t>
            </w:r>
          </w:p>
        </w:tc>
        <w:tc>
          <w:tcPr>
            <w:tcW w:w="5616" w:type="dxa"/>
            <w:vAlign w:val="center"/>
          </w:tcPr>
          <w:p w14:paraId="14D0C72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Please provide details of any endorsements below:</w:t>
            </w:r>
          </w:p>
        </w:tc>
      </w:tr>
      <w:tr w:rsidR="004922CE" w:rsidRPr="0052011B" w14:paraId="2CEE963B" w14:textId="77777777">
        <w:trPr>
          <w:jc w:val="center"/>
        </w:trPr>
        <w:tc>
          <w:tcPr>
            <w:tcW w:w="4320" w:type="dxa"/>
            <w:vAlign w:val="center"/>
          </w:tcPr>
          <w:p w14:paraId="41C98229"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Do you have the legal right to work in the UK?</w:t>
            </w:r>
            <w:r w:rsidRPr="0052011B">
              <w:rPr>
                <w:rFonts w:asciiTheme="majorHAnsi" w:hAnsiTheme="majorHAnsi" w:cstheme="majorHAnsi"/>
                <w:b/>
                <w:sz w:val="24"/>
                <w:szCs w:val="24"/>
              </w:rPr>
              <w:br/>
              <w:t xml:space="preserve">Yes </w:t>
            </w:r>
            <w:r w:rsidRPr="0052011B">
              <w:rPr>
                <w:rFonts w:ascii="Segoe UI Symbol" w:hAnsi="Segoe UI Symbol" w:cs="Segoe UI Symbol"/>
                <w:b/>
                <w:sz w:val="24"/>
                <w:szCs w:val="24"/>
              </w:rPr>
              <w:t>☐</w:t>
            </w:r>
            <w:r w:rsidRPr="0052011B">
              <w:rPr>
                <w:rFonts w:asciiTheme="majorHAnsi" w:hAnsiTheme="majorHAnsi" w:cstheme="majorHAnsi"/>
                <w:b/>
                <w:sz w:val="24"/>
                <w:szCs w:val="24"/>
              </w:rPr>
              <w:br/>
              <w:t xml:space="preserve">No </w:t>
            </w:r>
            <w:r w:rsidRPr="0052011B">
              <w:rPr>
                <w:rFonts w:ascii="Segoe UI Symbol" w:hAnsi="Segoe UI Symbol" w:cs="Segoe UI Symbol"/>
                <w:b/>
                <w:sz w:val="24"/>
                <w:szCs w:val="24"/>
              </w:rPr>
              <w:t>☐</w:t>
            </w:r>
          </w:p>
        </w:tc>
        <w:tc>
          <w:tcPr>
            <w:tcW w:w="5616" w:type="dxa"/>
            <w:vAlign w:val="center"/>
          </w:tcPr>
          <w:p w14:paraId="6A933895"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Please provide details below:</w:t>
            </w:r>
          </w:p>
        </w:tc>
      </w:tr>
      <w:tr w:rsidR="004922CE" w:rsidRPr="0052011B" w14:paraId="66979571" w14:textId="77777777">
        <w:trPr>
          <w:jc w:val="center"/>
        </w:trPr>
        <w:tc>
          <w:tcPr>
            <w:tcW w:w="4320" w:type="dxa"/>
            <w:vAlign w:val="center"/>
          </w:tcPr>
          <w:p w14:paraId="580610B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Are you subject to any legal restrictions in respect of your employment in the UK?</w:t>
            </w:r>
            <w:r w:rsidRPr="0052011B">
              <w:rPr>
                <w:rFonts w:asciiTheme="majorHAnsi" w:hAnsiTheme="majorHAnsi" w:cstheme="majorHAnsi"/>
                <w:b/>
                <w:sz w:val="24"/>
                <w:szCs w:val="24"/>
              </w:rPr>
              <w:br/>
              <w:t xml:space="preserve">Yes </w:t>
            </w:r>
            <w:r w:rsidRPr="0052011B">
              <w:rPr>
                <w:rFonts w:ascii="Segoe UI Symbol" w:hAnsi="Segoe UI Symbol" w:cs="Segoe UI Symbol"/>
                <w:b/>
                <w:sz w:val="24"/>
                <w:szCs w:val="24"/>
              </w:rPr>
              <w:t>☐</w:t>
            </w:r>
            <w:r w:rsidRPr="0052011B">
              <w:rPr>
                <w:rFonts w:asciiTheme="majorHAnsi" w:hAnsiTheme="majorHAnsi" w:cstheme="majorHAnsi"/>
                <w:b/>
                <w:sz w:val="24"/>
                <w:szCs w:val="24"/>
              </w:rPr>
              <w:br/>
              <w:t xml:space="preserve">No </w:t>
            </w:r>
            <w:r w:rsidRPr="0052011B">
              <w:rPr>
                <w:rFonts w:ascii="Segoe UI Symbol" w:hAnsi="Segoe UI Symbol" w:cs="Segoe UI Symbol"/>
                <w:b/>
                <w:sz w:val="24"/>
                <w:szCs w:val="24"/>
              </w:rPr>
              <w:t>☐</w:t>
            </w:r>
          </w:p>
        </w:tc>
        <w:tc>
          <w:tcPr>
            <w:tcW w:w="5616" w:type="dxa"/>
            <w:vAlign w:val="center"/>
          </w:tcPr>
          <w:p w14:paraId="7BBB96DD"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If ‘</w:t>
            </w:r>
            <w:proofErr w:type="spellStart"/>
            <w:r w:rsidRPr="0052011B">
              <w:rPr>
                <w:rFonts w:asciiTheme="majorHAnsi" w:hAnsiTheme="majorHAnsi" w:cstheme="majorHAnsi"/>
                <w:sz w:val="24"/>
                <w:szCs w:val="24"/>
              </w:rPr>
              <w:t>yes’</w:t>
            </w:r>
            <w:proofErr w:type="spellEnd"/>
            <w:r w:rsidRPr="0052011B">
              <w:rPr>
                <w:rFonts w:asciiTheme="majorHAnsi" w:hAnsiTheme="majorHAnsi" w:cstheme="majorHAnsi"/>
                <w:sz w:val="24"/>
                <w:szCs w:val="24"/>
              </w:rPr>
              <w:t xml:space="preserve"> please provide details below:</w:t>
            </w:r>
          </w:p>
        </w:tc>
      </w:tr>
    </w:tbl>
    <w:p w14:paraId="604D0550" w14:textId="77777777" w:rsidR="004922CE" w:rsidRPr="0052011B" w:rsidRDefault="004922CE">
      <w:pPr>
        <w:spacing w:after="0"/>
        <w:rPr>
          <w:rFonts w:asciiTheme="majorHAnsi" w:hAnsiTheme="majorHAnsi" w:cstheme="majorHAnsi"/>
          <w:sz w:val="24"/>
          <w:szCs w:val="24"/>
        </w:rPr>
      </w:pPr>
    </w:p>
    <w:p w14:paraId="05D1B22C" w14:textId="77777777" w:rsidR="004922CE" w:rsidRPr="0052011B" w:rsidRDefault="00000000">
      <w:pPr>
        <w:rPr>
          <w:rFonts w:asciiTheme="majorHAnsi" w:hAnsiTheme="majorHAnsi" w:cstheme="majorHAnsi"/>
          <w:sz w:val="24"/>
          <w:szCs w:val="24"/>
        </w:rPr>
      </w:pPr>
      <w:r w:rsidRPr="0052011B">
        <w:rPr>
          <w:rFonts w:asciiTheme="majorHAnsi" w:hAnsiTheme="majorHAnsi" w:cstheme="majorHAnsi"/>
          <w:sz w:val="24"/>
          <w:szCs w:val="24"/>
        </w:rPr>
        <w:br w:type="page"/>
      </w:r>
    </w:p>
    <w:p w14:paraId="76279867" w14:textId="6F787F0C" w:rsidR="00EE17D2" w:rsidRDefault="00EE17D2" w:rsidP="00EE17D2">
      <w:pPr>
        <w:spacing w:after="80" w:line="240" w:lineRule="auto"/>
        <w:rPr>
          <w:rFonts w:asciiTheme="majorHAnsi" w:hAnsiTheme="majorHAnsi" w:cstheme="majorHAnsi"/>
          <w:sz w:val="24"/>
          <w:szCs w:val="24"/>
        </w:rPr>
      </w:pPr>
      <w:r>
        <w:rPr>
          <w:rFonts w:ascii="Times New Roman" w:hAnsi="Times New Roman"/>
          <w:noProof/>
          <w:color w:val="5F497A" w:themeColor="accent4" w:themeShade="BF"/>
          <w:lang w:val="en-GB" w:eastAsia="en-GB"/>
        </w:rPr>
        <w:lastRenderedPageBreak/>
        <w:drawing>
          <wp:anchor distT="0" distB="0" distL="114300" distR="114300" simplePos="0" relativeHeight="251669504" behindDoc="1" locked="0" layoutInCell="1" allowOverlap="1" wp14:anchorId="0B0B3649" wp14:editId="34F45808">
            <wp:simplePos x="0" y="0"/>
            <wp:positionH relativeFrom="margin">
              <wp:align>left</wp:align>
            </wp:positionH>
            <wp:positionV relativeFrom="paragraph">
              <wp:posOffset>236220</wp:posOffset>
            </wp:positionV>
            <wp:extent cx="2705100" cy="781050"/>
            <wp:effectExtent l="0" t="0" r="0" b="0"/>
            <wp:wrapNone/>
            <wp:docPr id="39566321"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705100" cy="781050"/>
                    </a:xfrm>
                    <a:prstGeom prst="rect">
                      <a:avLst/>
                    </a:prstGeom>
                  </pic:spPr>
                </pic:pic>
              </a:graphicData>
            </a:graphic>
            <wp14:sizeRelH relativeFrom="margin">
              <wp14:pctWidth>0</wp14:pctWidth>
            </wp14:sizeRelH>
            <wp14:sizeRelV relativeFrom="margin">
              <wp14:pctHeight>0</wp14:pctHeight>
            </wp14:sizeRelV>
          </wp:anchor>
        </w:drawing>
      </w:r>
    </w:p>
    <w:p w14:paraId="14CB75E4" w14:textId="7D7AEA39" w:rsidR="00EE17D2" w:rsidRDefault="00EE17D2" w:rsidP="00EE17D2">
      <w:pPr>
        <w:spacing w:after="80" w:line="240" w:lineRule="auto"/>
        <w:rPr>
          <w:rFonts w:asciiTheme="majorHAnsi" w:hAnsiTheme="majorHAnsi" w:cstheme="majorHAnsi"/>
          <w:sz w:val="24"/>
          <w:szCs w:val="24"/>
        </w:rPr>
      </w:pPr>
    </w:p>
    <w:p w14:paraId="42CBB52C" w14:textId="77777777" w:rsidR="00EE17D2" w:rsidRDefault="00EE17D2">
      <w:pPr>
        <w:spacing w:after="80" w:line="240" w:lineRule="auto"/>
        <w:jc w:val="center"/>
        <w:rPr>
          <w:rFonts w:asciiTheme="majorHAnsi" w:hAnsiTheme="majorHAnsi" w:cstheme="majorHAnsi"/>
          <w:sz w:val="24"/>
          <w:szCs w:val="24"/>
        </w:rPr>
      </w:pPr>
    </w:p>
    <w:p w14:paraId="37F8DEC7" w14:textId="77777777" w:rsidR="00EE17D2" w:rsidRDefault="00EE17D2">
      <w:pPr>
        <w:spacing w:after="80" w:line="240" w:lineRule="auto"/>
        <w:jc w:val="center"/>
        <w:rPr>
          <w:rFonts w:asciiTheme="majorHAnsi" w:hAnsiTheme="majorHAnsi" w:cstheme="majorHAnsi"/>
          <w:sz w:val="24"/>
          <w:szCs w:val="24"/>
        </w:rPr>
      </w:pPr>
    </w:p>
    <w:p w14:paraId="5BB308AF" w14:textId="77777777" w:rsidR="00EE17D2" w:rsidRDefault="00EE17D2" w:rsidP="00EE17D2">
      <w:pPr>
        <w:spacing w:after="80" w:line="240" w:lineRule="auto"/>
        <w:rPr>
          <w:rFonts w:asciiTheme="majorHAnsi" w:hAnsiTheme="majorHAnsi" w:cstheme="majorHAnsi"/>
          <w:sz w:val="24"/>
          <w:szCs w:val="24"/>
        </w:rPr>
      </w:pPr>
    </w:p>
    <w:p w14:paraId="08D6860C" w14:textId="77777777" w:rsidR="002A1A8A" w:rsidRDefault="002A1A8A" w:rsidP="00EE17D2">
      <w:pPr>
        <w:spacing w:after="80" w:line="240" w:lineRule="auto"/>
        <w:rPr>
          <w:rFonts w:asciiTheme="majorHAnsi" w:hAnsiTheme="majorHAnsi" w:cstheme="majorHAnsi"/>
          <w:sz w:val="24"/>
          <w:szCs w:val="24"/>
        </w:rPr>
      </w:pPr>
    </w:p>
    <w:p w14:paraId="24DCC8EF" w14:textId="46505D15" w:rsidR="002A1A8A" w:rsidRDefault="002A1A8A" w:rsidP="002A1A8A">
      <w:pPr>
        <w:spacing w:before="80" w:after="100"/>
        <w:ind w:left="283"/>
        <w:rPr>
          <w:rFonts w:asciiTheme="majorHAnsi" w:hAnsiTheme="majorHAnsi" w:cstheme="majorHAnsi"/>
          <w:sz w:val="24"/>
          <w:szCs w:val="24"/>
        </w:rPr>
      </w:pPr>
      <w:r w:rsidRPr="003B682D">
        <w:rPr>
          <w:rFonts w:asciiTheme="majorHAnsi" w:hAnsiTheme="majorHAnsi" w:cstheme="majorHAnsi"/>
          <w:b/>
          <w:sz w:val="24"/>
          <w:szCs w:val="24"/>
        </w:rPr>
        <w:t>EMPLOYMENT APPLICATION FORM</w:t>
      </w:r>
      <w:r>
        <w:rPr>
          <w:rFonts w:asciiTheme="majorHAnsi" w:hAnsiTheme="majorHAnsi" w:cstheme="majorHAnsi"/>
          <w:b/>
          <w:sz w:val="24"/>
          <w:szCs w:val="24"/>
        </w:rPr>
        <w:t xml:space="preserve"> Continued:</w:t>
      </w:r>
    </w:p>
    <w:p w14:paraId="47A208B1" w14:textId="77777777" w:rsidR="002A1A8A" w:rsidRDefault="002A1A8A" w:rsidP="00EE17D2">
      <w:pPr>
        <w:spacing w:after="80" w:line="240" w:lineRule="auto"/>
        <w:rPr>
          <w:rFonts w:asciiTheme="majorHAnsi" w:hAnsiTheme="majorHAnsi" w:cstheme="majorHAnsi"/>
          <w:sz w:val="24"/>
          <w:szCs w:val="24"/>
        </w:rPr>
      </w:pPr>
    </w:p>
    <w:p w14:paraId="259E0BD0" w14:textId="77777777" w:rsidR="002A1A8A" w:rsidRDefault="002A1A8A" w:rsidP="00EE17D2">
      <w:pPr>
        <w:spacing w:after="80" w:line="240" w:lineRule="auto"/>
        <w:rPr>
          <w:rFonts w:asciiTheme="majorHAnsi" w:hAnsiTheme="majorHAnsi" w:cstheme="majorHAnsi"/>
          <w:sz w:val="24"/>
          <w:szCs w:val="24"/>
        </w:rPr>
      </w:pPr>
    </w:p>
    <w:p w14:paraId="6E1F1FD2" w14:textId="77777777" w:rsidR="002A1A8A" w:rsidRDefault="002A1A8A" w:rsidP="00EE17D2">
      <w:pPr>
        <w:spacing w:after="80" w:line="240" w:lineRule="auto"/>
        <w:rPr>
          <w:rFonts w:asciiTheme="majorHAnsi" w:hAnsiTheme="majorHAnsi" w:cstheme="majorHAnsi"/>
          <w:sz w:val="24"/>
          <w:szCs w:val="24"/>
        </w:rPr>
      </w:pPr>
    </w:p>
    <w:p w14:paraId="58ACE8DF" w14:textId="57C92C3D" w:rsidR="004922CE" w:rsidRPr="0052011B" w:rsidRDefault="00000000">
      <w:pPr>
        <w:spacing w:after="80" w:line="240" w:lineRule="auto"/>
        <w:jc w:val="center"/>
        <w:rPr>
          <w:rFonts w:asciiTheme="majorHAnsi" w:hAnsiTheme="majorHAnsi" w:cstheme="majorHAnsi"/>
          <w:sz w:val="24"/>
          <w:szCs w:val="24"/>
        </w:rPr>
      </w:pPr>
      <w:r w:rsidRPr="0052011B">
        <w:rPr>
          <w:rFonts w:asciiTheme="majorHAnsi" w:hAnsiTheme="majorHAnsi" w:cstheme="majorHAnsi"/>
          <w:sz w:val="24"/>
          <w:szCs w:val="24"/>
        </w:rPr>
        <w:t>Classification - Unrestricted</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320"/>
        <w:gridCol w:w="5616"/>
      </w:tblGrid>
      <w:tr w:rsidR="004922CE" w:rsidRPr="0052011B" w14:paraId="5F7F94EA" w14:textId="77777777">
        <w:trPr>
          <w:jc w:val="center"/>
        </w:trPr>
        <w:tc>
          <w:tcPr>
            <w:tcW w:w="4320" w:type="dxa"/>
            <w:vAlign w:val="center"/>
          </w:tcPr>
          <w:p w14:paraId="7C6E9743"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Are there any special arrangements which we can make for you if you are selected for an interview?</w:t>
            </w:r>
            <w:r w:rsidRPr="0052011B">
              <w:rPr>
                <w:rFonts w:asciiTheme="majorHAnsi" w:hAnsiTheme="majorHAnsi" w:cstheme="majorHAnsi"/>
                <w:b/>
                <w:sz w:val="24"/>
                <w:szCs w:val="24"/>
              </w:rPr>
              <w:br/>
              <w:t xml:space="preserve">Yes </w:t>
            </w:r>
            <w:r w:rsidRPr="0052011B">
              <w:rPr>
                <w:rFonts w:ascii="Segoe UI Symbol" w:hAnsi="Segoe UI Symbol" w:cs="Segoe UI Symbol"/>
                <w:b/>
                <w:sz w:val="24"/>
                <w:szCs w:val="24"/>
              </w:rPr>
              <w:t>☐</w:t>
            </w:r>
            <w:r w:rsidRPr="0052011B">
              <w:rPr>
                <w:rFonts w:asciiTheme="majorHAnsi" w:hAnsiTheme="majorHAnsi" w:cstheme="majorHAnsi"/>
                <w:b/>
                <w:sz w:val="24"/>
                <w:szCs w:val="24"/>
              </w:rPr>
              <w:br/>
              <w:t xml:space="preserve">No </w:t>
            </w:r>
            <w:r w:rsidRPr="0052011B">
              <w:rPr>
                <w:rFonts w:ascii="Segoe UI Symbol" w:hAnsi="Segoe UI Symbol" w:cs="Segoe UI Symbol"/>
                <w:b/>
                <w:sz w:val="24"/>
                <w:szCs w:val="24"/>
              </w:rPr>
              <w:t>☐</w:t>
            </w:r>
          </w:p>
        </w:tc>
        <w:tc>
          <w:tcPr>
            <w:tcW w:w="5616" w:type="dxa"/>
            <w:vAlign w:val="center"/>
          </w:tcPr>
          <w:p w14:paraId="110A98E7" w14:textId="77777777" w:rsidR="004922CE" w:rsidRDefault="004922CE">
            <w:pPr>
              <w:spacing w:after="0" w:line="240" w:lineRule="auto"/>
              <w:rPr>
                <w:rFonts w:asciiTheme="majorHAnsi" w:hAnsiTheme="majorHAnsi" w:cstheme="majorHAnsi"/>
                <w:sz w:val="24"/>
                <w:szCs w:val="24"/>
              </w:rPr>
            </w:pPr>
          </w:p>
          <w:p w14:paraId="1F70DB9F" w14:textId="38B7A9DA" w:rsidR="00437277" w:rsidRDefault="00437277">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If ‘</w:t>
            </w:r>
            <w:r w:rsidR="004E3C7E" w:rsidRPr="0052011B">
              <w:rPr>
                <w:rFonts w:asciiTheme="majorHAnsi" w:hAnsiTheme="majorHAnsi" w:cstheme="majorHAnsi"/>
                <w:sz w:val="24"/>
                <w:szCs w:val="24"/>
              </w:rPr>
              <w:t>yes’s,</w:t>
            </w:r>
            <w:r w:rsidRPr="0052011B">
              <w:rPr>
                <w:rFonts w:asciiTheme="majorHAnsi" w:hAnsiTheme="majorHAnsi" w:cstheme="majorHAnsi"/>
                <w:sz w:val="24"/>
                <w:szCs w:val="24"/>
              </w:rPr>
              <w:t xml:space="preserve"> please provide details below:</w:t>
            </w:r>
          </w:p>
          <w:p w14:paraId="4B4DE135" w14:textId="77777777" w:rsidR="00437277" w:rsidRDefault="00437277">
            <w:pPr>
              <w:spacing w:after="0" w:line="240" w:lineRule="auto"/>
              <w:rPr>
                <w:rFonts w:asciiTheme="majorHAnsi" w:hAnsiTheme="majorHAnsi" w:cstheme="majorHAnsi"/>
                <w:sz w:val="24"/>
                <w:szCs w:val="24"/>
              </w:rPr>
            </w:pPr>
          </w:p>
          <w:p w14:paraId="08FF6FFE" w14:textId="77777777" w:rsidR="00437277" w:rsidRDefault="00437277">
            <w:pPr>
              <w:spacing w:after="0" w:line="240" w:lineRule="auto"/>
              <w:rPr>
                <w:rFonts w:asciiTheme="majorHAnsi" w:hAnsiTheme="majorHAnsi" w:cstheme="majorHAnsi"/>
                <w:sz w:val="24"/>
                <w:szCs w:val="24"/>
              </w:rPr>
            </w:pPr>
          </w:p>
          <w:p w14:paraId="7E6EFA00" w14:textId="77777777" w:rsidR="00437277" w:rsidRDefault="00437277">
            <w:pPr>
              <w:spacing w:after="0" w:line="240" w:lineRule="auto"/>
              <w:rPr>
                <w:rFonts w:asciiTheme="majorHAnsi" w:hAnsiTheme="majorHAnsi" w:cstheme="majorHAnsi"/>
                <w:sz w:val="24"/>
                <w:szCs w:val="24"/>
              </w:rPr>
            </w:pPr>
          </w:p>
          <w:p w14:paraId="17BE186A" w14:textId="77777777" w:rsidR="00437277" w:rsidRDefault="00437277">
            <w:pPr>
              <w:spacing w:after="0" w:line="240" w:lineRule="auto"/>
              <w:rPr>
                <w:rFonts w:asciiTheme="majorHAnsi" w:hAnsiTheme="majorHAnsi" w:cstheme="majorHAnsi"/>
                <w:sz w:val="24"/>
                <w:szCs w:val="24"/>
              </w:rPr>
            </w:pPr>
          </w:p>
          <w:p w14:paraId="39ADE6E4" w14:textId="5FF4F5A6" w:rsidR="00437277" w:rsidRPr="0052011B" w:rsidRDefault="00437277">
            <w:pPr>
              <w:spacing w:after="0" w:line="240" w:lineRule="auto"/>
              <w:rPr>
                <w:rFonts w:asciiTheme="majorHAnsi" w:hAnsiTheme="majorHAnsi" w:cstheme="majorHAnsi"/>
                <w:sz w:val="24"/>
                <w:szCs w:val="24"/>
              </w:rPr>
            </w:pPr>
          </w:p>
        </w:tc>
      </w:tr>
      <w:tr w:rsidR="004922CE" w:rsidRPr="0052011B" w14:paraId="28231706" w14:textId="77777777">
        <w:trPr>
          <w:jc w:val="center"/>
        </w:trPr>
        <w:tc>
          <w:tcPr>
            <w:tcW w:w="4320" w:type="dxa"/>
            <w:vAlign w:val="center"/>
          </w:tcPr>
          <w:p w14:paraId="3C80B7EA"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Can you confirm if selected for an interview you are able to attend on the date(s) noted earlier within the application pack?</w:t>
            </w:r>
            <w:r w:rsidRPr="0052011B">
              <w:rPr>
                <w:rFonts w:asciiTheme="majorHAnsi" w:hAnsiTheme="majorHAnsi" w:cstheme="majorHAnsi"/>
                <w:b/>
                <w:sz w:val="24"/>
                <w:szCs w:val="24"/>
              </w:rPr>
              <w:br/>
              <w:t xml:space="preserve">Yes </w:t>
            </w:r>
            <w:r w:rsidRPr="0052011B">
              <w:rPr>
                <w:rFonts w:ascii="Segoe UI Symbol" w:hAnsi="Segoe UI Symbol" w:cs="Segoe UI Symbol"/>
                <w:b/>
                <w:sz w:val="24"/>
                <w:szCs w:val="24"/>
              </w:rPr>
              <w:t>☐</w:t>
            </w:r>
            <w:r w:rsidRPr="0052011B">
              <w:rPr>
                <w:rFonts w:asciiTheme="majorHAnsi" w:hAnsiTheme="majorHAnsi" w:cstheme="majorHAnsi"/>
                <w:b/>
                <w:sz w:val="24"/>
                <w:szCs w:val="24"/>
              </w:rPr>
              <w:br/>
              <w:t xml:space="preserve">No </w:t>
            </w:r>
            <w:r w:rsidRPr="0052011B">
              <w:rPr>
                <w:rFonts w:ascii="Segoe UI Symbol" w:hAnsi="Segoe UI Symbol" w:cs="Segoe UI Symbol"/>
                <w:b/>
                <w:sz w:val="24"/>
                <w:szCs w:val="24"/>
              </w:rPr>
              <w:t>☐</w:t>
            </w:r>
          </w:p>
        </w:tc>
        <w:tc>
          <w:tcPr>
            <w:tcW w:w="5616" w:type="dxa"/>
            <w:vAlign w:val="center"/>
          </w:tcPr>
          <w:p w14:paraId="311C5CDB" w14:textId="77777777" w:rsidR="004922CE" w:rsidRPr="0052011B" w:rsidRDefault="004922CE">
            <w:pPr>
              <w:spacing w:after="0" w:line="240" w:lineRule="auto"/>
              <w:rPr>
                <w:rFonts w:asciiTheme="majorHAnsi" w:hAnsiTheme="majorHAnsi" w:cstheme="majorHAnsi"/>
                <w:sz w:val="24"/>
                <w:szCs w:val="24"/>
              </w:rPr>
            </w:pPr>
          </w:p>
        </w:tc>
      </w:tr>
    </w:tbl>
    <w:p w14:paraId="04A3888E" w14:textId="77777777" w:rsidR="00437277" w:rsidRDefault="00437277">
      <w:pPr>
        <w:spacing w:after="0"/>
        <w:rPr>
          <w:rFonts w:asciiTheme="majorHAnsi" w:hAnsiTheme="majorHAnsi" w:cstheme="majorHAnsi"/>
          <w:sz w:val="24"/>
          <w:szCs w:val="24"/>
        </w:rPr>
      </w:pPr>
    </w:p>
    <w:p w14:paraId="05946356" w14:textId="77777777" w:rsidR="00090197" w:rsidRDefault="00090197">
      <w:pPr>
        <w:spacing w:after="0"/>
        <w:rPr>
          <w:rFonts w:asciiTheme="majorHAnsi" w:hAnsiTheme="majorHAnsi" w:cstheme="majorHAnsi"/>
          <w:sz w:val="24"/>
          <w:szCs w:val="24"/>
        </w:rPr>
      </w:pPr>
    </w:p>
    <w:p w14:paraId="0B29CF44" w14:textId="77777777" w:rsidR="00090197" w:rsidRDefault="00090197">
      <w:pPr>
        <w:spacing w:after="0"/>
        <w:rPr>
          <w:rFonts w:asciiTheme="majorHAnsi" w:hAnsiTheme="majorHAnsi" w:cstheme="majorHAnsi"/>
          <w:sz w:val="24"/>
          <w:szCs w:val="24"/>
        </w:rPr>
      </w:pPr>
    </w:p>
    <w:p w14:paraId="6A888574" w14:textId="77777777" w:rsidR="00090197" w:rsidRDefault="00090197">
      <w:pPr>
        <w:spacing w:after="0"/>
        <w:rPr>
          <w:rFonts w:asciiTheme="majorHAnsi" w:hAnsiTheme="majorHAnsi" w:cstheme="majorHAnsi"/>
          <w:sz w:val="24"/>
          <w:szCs w:val="24"/>
        </w:rPr>
      </w:pPr>
    </w:p>
    <w:p w14:paraId="2156310D" w14:textId="77777777" w:rsidR="00090197" w:rsidRDefault="00090197">
      <w:pPr>
        <w:spacing w:after="0"/>
        <w:rPr>
          <w:rFonts w:asciiTheme="majorHAnsi" w:hAnsiTheme="majorHAnsi" w:cstheme="majorHAnsi"/>
          <w:sz w:val="24"/>
          <w:szCs w:val="24"/>
        </w:rPr>
      </w:pPr>
    </w:p>
    <w:p w14:paraId="79B91F23" w14:textId="77777777" w:rsidR="00090197" w:rsidRDefault="00090197">
      <w:pPr>
        <w:spacing w:after="0"/>
        <w:rPr>
          <w:rFonts w:asciiTheme="majorHAnsi" w:hAnsiTheme="majorHAnsi" w:cstheme="majorHAnsi"/>
          <w:sz w:val="24"/>
          <w:szCs w:val="24"/>
        </w:rPr>
      </w:pPr>
    </w:p>
    <w:p w14:paraId="02F3B7A3" w14:textId="77777777" w:rsidR="00090197" w:rsidRDefault="00090197">
      <w:pPr>
        <w:spacing w:after="0"/>
        <w:rPr>
          <w:rFonts w:asciiTheme="majorHAnsi" w:hAnsiTheme="majorHAnsi" w:cstheme="majorHAnsi"/>
          <w:sz w:val="24"/>
          <w:szCs w:val="24"/>
        </w:rPr>
      </w:pPr>
    </w:p>
    <w:p w14:paraId="429789F3" w14:textId="77777777" w:rsidR="00090197" w:rsidRDefault="00090197">
      <w:pPr>
        <w:spacing w:after="0"/>
        <w:rPr>
          <w:rFonts w:asciiTheme="majorHAnsi" w:hAnsiTheme="majorHAnsi" w:cstheme="majorHAnsi"/>
          <w:sz w:val="24"/>
          <w:szCs w:val="24"/>
        </w:rPr>
      </w:pPr>
    </w:p>
    <w:p w14:paraId="2C84D1B1" w14:textId="77777777" w:rsidR="00090197" w:rsidRDefault="00090197">
      <w:pPr>
        <w:spacing w:after="0"/>
        <w:rPr>
          <w:rFonts w:asciiTheme="majorHAnsi" w:hAnsiTheme="majorHAnsi" w:cstheme="majorHAnsi"/>
          <w:sz w:val="24"/>
          <w:szCs w:val="24"/>
        </w:rPr>
      </w:pPr>
    </w:p>
    <w:p w14:paraId="40DC3F45" w14:textId="77777777" w:rsidR="00090197" w:rsidRDefault="00090197">
      <w:pPr>
        <w:spacing w:after="0"/>
        <w:rPr>
          <w:rFonts w:asciiTheme="majorHAnsi" w:hAnsiTheme="majorHAnsi" w:cstheme="majorHAnsi"/>
          <w:sz w:val="24"/>
          <w:szCs w:val="24"/>
        </w:rPr>
      </w:pPr>
    </w:p>
    <w:p w14:paraId="6B8004B6" w14:textId="77777777" w:rsidR="00090197" w:rsidRDefault="00090197">
      <w:pPr>
        <w:spacing w:after="0"/>
        <w:rPr>
          <w:rFonts w:asciiTheme="majorHAnsi" w:hAnsiTheme="majorHAnsi" w:cstheme="majorHAnsi"/>
          <w:sz w:val="24"/>
          <w:szCs w:val="24"/>
        </w:rPr>
      </w:pPr>
    </w:p>
    <w:p w14:paraId="5654130A" w14:textId="77777777" w:rsidR="00090197" w:rsidRDefault="00090197">
      <w:pPr>
        <w:spacing w:after="0"/>
        <w:rPr>
          <w:rFonts w:asciiTheme="majorHAnsi" w:hAnsiTheme="majorHAnsi" w:cstheme="majorHAnsi"/>
          <w:sz w:val="24"/>
          <w:szCs w:val="24"/>
        </w:rPr>
      </w:pPr>
    </w:p>
    <w:p w14:paraId="196F7E4B" w14:textId="77777777" w:rsidR="00090197" w:rsidRDefault="00090197">
      <w:pPr>
        <w:spacing w:after="0"/>
        <w:rPr>
          <w:rFonts w:asciiTheme="majorHAnsi" w:hAnsiTheme="majorHAnsi" w:cstheme="majorHAnsi"/>
          <w:sz w:val="24"/>
          <w:szCs w:val="24"/>
        </w:rPr>
      </w:pPr>
    </w:p>
    <w:p w14:paraId="4C91974A" w14:textId="77777777" w:rsidR="00090197" w:rsidRDefault="00090197">
      <w:pPr>
        <w:spacing w:after="0"/>
        <w:rPr>
          <w:rFonts w:asciiTheme="majorHAnsi" w:hAnsiTheme="majorHAnsi" w:cstheme="majorHAnsi"/>
          <w:sz w:val="24"/>
          <w:szCs w:val="24"/>
        </w:rPr>
      </w:pPr>
    </w:p>
    <w:p w14:paraId="4672F0CA" w14:textId="77777777" w:rsidR="00090197" w:rsidRDefault="00090197">
      <w:pPr>
        <w:spacing w:after="0"/>
        <w:rPr>
          <w:rFonts w:asciiTheme="majorHAnsi" w:hAnsiTheme="majorHAnsi" w:cstheme="majorHAnsi"/>
          <w:sz w:val="24"/>
          <w:szCs w:val="24"/>
        </w:rPr>
      </w:pPr>
    </w:p>
    <w:p w14:paraId="1CA2858D" w14:textId="77777777" w:rsidR="00090197" w:rsidRDefault="00090197">
      <w:pPr>
        <w:spacing w:after="0"/>
        <w:rPr>
          <w:rFonts w:asciiTheme="majorHAnsi" w:hAnsiTheme="majorHAnsi" w:cstheme="majorHAnsi"/>
          <w:sz w:val="24"/>
          <w:szCs w:val="24"/>
        </w:rPr>
      </w:pPr>
    </w:p>
    <w:p w14:paraId="33721F20" w14:textId="77777777" w:rsidR="00090197" w:rsidRDefault="00090197">
      <w:pPr>
        <w:spacing w:after="0"/>
        <w:rPr>
          <w:rFonts w:asciiTheme="majorHAnsi" w:hAnsiTheme="majorHAnsi" w:cstheme="majorHAnsi"/>
          <w:sz w:val="24"/>
          <w:szCs w:val="24"/>
        </w:rPr>
      </w:pPr>
    </w:p>
    <w:p w14:paraId="538905AA" w14:textId="77777777" w:rsidR="00090197" w:rsidRDefault="00090197">
      <w:pPr>
        <w:spacing w:after="0"/>
        <w:rPr>
          <w:rFonts w:asciiTheme="majorHAnsi" w:hAnsiTheme="majorHAnsi" w:cstheme="majorHAnsi"/>
          <w:sz w:val="24"/>
          <w:szCs w:val="24"/>
        </w:rPr>
      </w:pPr>
    </w:p>
    <w:p w14:paraId="220C9A3D" w14:textId="77777777" w:rsidR="00090197" w:rsidRDefault="00090197">
      <w:pPr>
        <w:spacing w:after="0"/>
        <w:rPr>
          <w:rFonts w:asciiTheme="majorHAnsi" w:hAnsiTheme="majorHAnsi" w:cstheme="majorHAnsi"/>
          <w:sz w:val="24"/>
          <w:szCs w:val="24"/>
        </w:rPr>
      </w:pPr>
    </w:p>
    <w:p w14:paraId="241E8FA4" w14:textId="2411BA3E" w:rsidR="00090197" w:rsidRDefault="002A1A8A">
      <w:pPr>
        <w:spacing w:after="0"/>
        <w:rPr>
          <w:rFonts w:asciiTheme="majorHAnsi" w:hAnsiTheme="majorHAnsi" w:cstheme="majorHAnsi"/>
          <w:sz w:val="24"/>
          <w:szCs w:val="24"/>
        </w:rPr>
      </w:pPr>
      <w:r>
        <w:rPr>
          <w:rFonts w:ascii="Times New Roman" w:hAnsi="Times New Roman"/>
          <w:noProof/>
          <w:color w:val="5F497A" w:themeColor="accent4" w:themeShade="BF"/>
          <w:lang w:val="en-GB" w:eastAsia="en-GB"/>
        </w:rPr>
        <w:lastRenderedPageBreak/>
        <w:drawing>
          <wp:anchor distT="0" distB="0" distL="114300" distR="114300" simplePos="0" relativeHeight="251677696" behindDoc="1" locked="0" layoutInCell="1" allowOverlap="1" wp14:anchorId="5722B370" wp14:editId="0BA7A9F0">
            <wp:simplePos x="0" y="0"/>
            <wp:positionH relativeFrom="margin">
              <wp:align>left</wp:align>
            </wp:positionH>
            <wp:positionV relativeFrom="paragraph">
              <wp:posOffset>-1905</wp:posOffset>
            </wp:positionV>
            <wp:extent cx="2609850" cy="781050"/>
            <wp:effectExtent l="0" t="0" r="0" b="0"/>
            <wp:wrapNone/>
            <wp:docPr id="1774267311"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609850" cy="781050"/>
                    </a:xfrm>
                    <a:prstGeom prst="rect">
                      <a:avLst/>
                    </a:prstGeom>
                  </pic:spPr>
                </pic:pic>
              </a:graphicData>
            </a:graphic>
            <wp14:sizeRelH relativeFrom="margin">
              <wp14:pctWidth>0</wp14:pctWidth>
            </wp14:sizeRelH>
            <wp14:sizeRelV relativeFrom="margin">
              <wp14:pctHeight>0</wp14:pctHeight>
            </wp14:sizeRelV>
          </wp:anchor>
        </w:drawing>
      </w:r>
    </w:p>
    <w:p w14:paraId="201915B4" w14:textId="77777777" w:rsidR="00090197" w:rsidRDefault="00090197">
      <w:pPr>
        <w:spacing w:after="0"/>
        <w:rPr>
          <w:rFonts w:asciiTheme="majorHAnsi" w:hAnsiTheme="majorHAnsi" w:cstheme="majorHAnsi"/>
          <w:sz w:val="24"/>
          <w:szCs w:val="24"/>
        </w:rPr>
      </w:pPr>
    </w:p>
    <w:p w14:paraId="56A7A8B0" w14:textId="77777777" w:rsidR="002A1A8A" w:rsidRDefault="002A1A8A">
      <w:pPr>
        <w:spacing w:after="0"/>
        <w:rPr>
          <w:rFonts w:asciiTheme="majorHAnsi" w:hAnsiTheme="majorHAnsi" w:cstheme="majorHAnsi"/>
          <w:sz w:val="24"/>
          <w:szCs w:val="24"/>
        </w:rPr>
      </w:pPr>
    </w:p>
    <w:p w14:paraId="31E2EBE6" w14:textId="77777777" w:rsidR="002A1A8A" w:rsidRPr="0052011B" w:rsidRDefault="002A1A8A">
      <w:pPr>
        <w:spacing w:after="0"/>
        <w:rPr>
          <w:rFonts w:asciiTheme="majorHAnsi" w:hAnsiTheme="majorHAnsi" w:cstheme="majorHAnsi"/>
          <w:sz w:val="24"/>
          <w:szCs w:val="24"/>
        </w:rPr>
      </w:pPr>
    </w:p>
    <w:p w14:paraId="3964C693" w14:textId="521A5D7E" w:rsidR="008F29B0" w:rsidRPr="007F0063" w:rsidRDefault="00000000">
      <w:pPr>
        <w:spacing w:before="80" w:after="100"/>
        <w:rPr>
          <w:rFonts w:asciiTheme="majorHAnsi" w:hAnsiTheme="majorHAnsi" w:cstheme="majorHAnsi"/>
          <w:b/>
          <w:sz w:val="24"/>
          <w:szCs w:val="24"/>
        </w:rPr>
      </w:pPr>
      <w:r w:rsidRPr="0052011B">
        <w:rPr>
          <w:rFonts w:asciiTheme="majorHAnsi" w:hAnsiTheme="majorHAnsi" w:cstheme="majorHAnsi"/>
          <w:b/>
          <w:sz w:val="24"/>
          <w:szCs w:val="24"/>
        </w:rPr>
        <w:t>PRESENT / LAST EMPLOYMENT</w:t>
      </w:r>
    </w:p>
    <w:p w14:paraId="53BA8E9B" w14:textId="5F036D39" w:rsidR="008F29B0" w:rsidRPr="001A36A9" w:rsidRDefault="00000000">
      <w:pPr>
        <w:spacing w:before="80" w:after="100"/>
        <w:rPr>
          <w:rFonts w:asciiTheme="majorHAnsi" w:hAnsiTheme="majorHAnsi" w:cstheme="majorHAnsi"/>
          <w:b/>
          <w:sz w:val="24"/>
          <w:szCs w:val="24"/>
        </w:rPr>
      </w:pPr>
      <w:r w:rsidRPr="0052011B">
        <w:rPr>
          <w:rFonts w:asciiTheme="majorHAnsi" w:hAnsiTheme="majorHAnsi" w:cstheme="majorHAnsi"/>
          <w:b/>
          <w:sz w:val="24"/>
          <w:szCs w:val="24"/>
        </w:rPr>
        <w:t>EMPLOYMENT HISTORY</w:t>
      </w:r>
    </w:p>
    <w:p w14:paraId="6B74BCAD" w14:textId="7686F239" w:rsidR="008F29B0"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Please provide a full history in chronological order (most recent first) since leaving education, voluntary work, with start and end dates and reasons for leaving. Please note reasons for any gaps in employment.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320"/>
        <w:gridCol w:w="5320"/>
      </w:tblGrid>
      <w:tr w:rsidR="004922CE" w:rsidRPr="0052011B" w14:paraId="0ABB3229" w14:textId="77777777">
        <w:trPr>
          <w:jc w:val="center"/>
        </w:trPr>
        <w:tc>
          <w:tcPr>
            <w:tcW w:w="5328" w:type="dxa"/>
            <w:vAlign w:val="center"/>
          </w:tcPr>
          <w:p w14:paraId="2E5C37E7"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Start date:</w:t>
            </w:r>
          </w:p>
        </w:tc>
        <w:tc>
          <w:tcPr>
            <w:tcW w:w="5328" w:type="dxa"/>
            <w:vAlign w:val="center"/>
          </w:tcPr>
          <w:p w14:paraId="5AA22108" w14:textId="77777777" w:rsidR="004922CE"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End date:</w:t>
            </w:r>
          </w:p>
          <w:p w14:paraId="22D97070"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2CCCF8A5" w14:textId="77777777">
        <w:trPr>
          <w:jc w:val="center"/>
        </w:trPr>
        <w:tc>
          <w:tcPr>
            <w:tcW w:w="5328" w:type="dxa"/>
            <w:vAlign w:val="center"/>
          </w:tcPr>
          <w:p w14:paraId="4A800E95"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and address of employer</w:t>
            </w:r>
          </w:p>
        </w:tc>
        <w:tc>
          <w:tcPr>
            <w:tcW w:w="5328" w:type="dxa"/>
            <w:vAlign w:val="center"/>
          </w:tcPr>
          <w:p w14:paraId="04664001" w14:textId="77777777" w:rsidR="004922CE"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Job title or position:</w:t>
            </w:r>
          </w:p>
          <w:p w14:paraId="2DBC531B"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2C4A84B5" w14:textId="77777777">
        <w:trPr>
          <w:jc w:val="center"/>
        </w:trPr>
        <w:tc>
          <w:tcPr>
            <w:tcW w:w="5328" w:type="dxa"/>
            <w:vAlign w:val="center"/>
          </w:tcPr>
          <w:p w14:paraId="4E6B9082"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Brief description of main duties:</w:t>
            </w:r>
          </w:p>
        </w:tc>
        <w:tc>
          <w:tcPr>
            <w:tcW w:w="5328" w:type="dxa"/>
            <w:vAlign w:val="center"/>
          </w:tcPr>
          <w:p w14:paraId="09149917" w14:textId="77777777" w:rsidR="004922CE" w:rsidRDefault="004922CE">
            <w:pPr>
              <w:spacing w:after="0" w:line="240" w:lineRule="auto"/>
              <w:rPr>
                <w:rFonts w:asciiTheme="majorHAnsi" w:hAnsiTheme="majorHAnsi" w:cstheme="majorHAnsi"/>
                <w:sz w:val="24"/>
                <w:szCs w:val="24"/>
              </w:rPr>
            </w:pPr>
          </w:p>
          <w:p w14:paraId="0F939868"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21B9BB38" w14:textId="77777777">
        <w:trPr>
          <w:jc w:val="center"/>
        </w:trPr>
        <w:tc>
          <w:tcPr>
            <w:tcW w:w="5328" w:type="dxa"/>
            <w:vAlign w:val="center"/>
          </w:tcPr>
          <w:p w14:paraId="542A7DB8" w14:textId="77777777" w:rsidR="00437277"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Capacity (please tick):</w:t>
            </w:r>
          </w:p>
          <w:p w14:paraId="41D1CCB3" w14:textId="393FC04E"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br/>
              <w:t xml:space="preserve">Full-time </w:t>
            </w:r>
            <w:r w:rsidR="0051127F" w:rsidRPr="0052011B">
              <w:rPr>
                <w:rFonts w:ascii="Segoe UI Symbol" w:hAnsi="Segoe UI Symbol" w:cs="Segoe UI Symbol"/>
                <w:b/>
                <w:sz w:val="24"/>
                <w:szCs w:val="24"/>
              </w:rPr>
              <w:t>☐</w:t>
            </w:r>
            <w:r w:rsidR="0051127F" w:rsidRPr="0052011B">
              <w:rPr>
                <w:rFonts w:asciiTheme="majorHAnsi" w:hAnsiTheme="majorHAnsi" w:cstheme="majorHAnsi"/>
                <w:b/>
                <w:sz w:val="24"/>
                <w:szCs w:val="24"/>
              </w:rPr>
              <w:t xml:space="preserve"> Part</w:t>
            </w:r>
            <w:r w:rsidRPr="0052011B">
              <w:rPr>
                <w:rFonts w:asciiTheme="majorHAnsi" w:hAnsiTheme="majorHAnsi" w:cstheme="majorHAnsi"/>
                <w:b/>
                <w:sz w:val="24"/>
                <w:szCs w:val="24"/>
              </w:rPr>
              <w:t xml:space="preserve">-time </w:t>
            </w:r>
            <w:r w:rsidR="0051127F" w:rsidRPr="0052011B">
              <w:rPr>
                <w:rFonts w:ascii="Segoe UI Symbol" w:hAnsi="Segoe UI Symbol" w:cs="Segoe UI Symbol"/>
                <w:b/>
                <w:sz w:val="24"/>
                <w:szCs w:val="24"/>
              </w:rPr>
              <w:t>☐</w:t>
            </w:r>
            <w:r w:rsidR="0051127F" w:rsidRPr="0052011B">
              <w:rPr>
                <w:rFonts w:asciiTheme="majorHAnsi" w:hAnsiTheme="majorHAnsi" w:cstheme="majorHAnsi"/>
                <w:b/>
                <w:sz w:val="24"/>
                <w:szCs w:val="24"/>
              </w:rPr>
              <w:t xml:space="preserve"> Volunteer</w:t>
            </w:r>
            <w:r w:rsidRPr="0052011B">
              <w:rPr>
                <w:rFonts w:asciiTheme="majorHAnsi" w:hAnsiTheme="majorHAnsi" w:cstheme="majorHAnsi"/>
                <w:b/>
                <w:sz w:val="24"/>
                <w:szCs w:val="24"/>
              </w:rPr>
              <w:t xml:space="preserve"> </w:t>
            </w:r>
            <w:r w:rsidR="0051127F" w:rsidRPr="0052011B">
              <w:rPr>
                <w:rFonts w:ascii="Segoe UI Symbol" w:hAnsi="Segoe UI Symbol" w:cs="Segoe UI Symbol"/>
                <w:b/>
                <w:sz w:val="24"/>
                <w:szCs w:val="24"/>
              </w:rPr>
              <w:t>☐</w:t>
            </w:r>
            <w:r w:rsidR="0051127F" w:rsidRPr="0052011B">
              <w:rPr>
                <w:rFonts w:asciiTheme="majorHAnsi" w:hAnsiTheme="majorHAnsi" w:cstheme="majorHAnsi"/>
                <w:b/>
                <w:sz w:val="24"/>
                <w:szCs w:val="24"/>
              </w:rPr>
              <w:t xml:space="preserve"> Placement</w:t>
            </w:r>
            <w:r w:rsidRPr="0052011B">
              <w:rPr>
                <w:rFonts w:asciiTheme="majorHAnsi" w:hAnsiTheme="majorHAnsi" w:cstheme="majorHAnsi"/>
                <w:b/>
                <w:sz w:val="24"/>
                <w:szCs w:val="24"/>
              </w:rPr>
              <w:t xml:space="preserve"> </w:t>
            </w:r>
            <w:r w:rsidRPr="0052011B">
              <w:rPr>
                <w:rFonts w:ascii="Segoe UI Symbol" w:hAnsi="Segoe UI Symbol" w:cs="Segoe UI Symbol"/>
                <w:b/>
                <w:sz w:val="24"/>
                <w:szCs w:val="24"/>
              </w:rPr>
              <w:t>☐</w:t>
            </w:r>
            <w:r w:rsidRPr="0052011B">
              <w:rPr>
                <w:rFonts w:asciiTheme="majorHAnsi" w:hAnsiTheme="majorHAnsi" w:cstheme="majorHAnsi"/>
                <w:b/>
                <w:sz w:val="24"/>
                <w:szCs w:val="24"/>
              </w:rPr>
              <w:br/>
              <w:t>Other (please state)</w:t>
            </w:r>
          </w:p>
        </w:tc>
        <w:tc>
          <w:tcPr>
            <w:tcW w:w="5328" w:type="dxa"/>
            <w:vAlign w:val="center"/>
          </w:tcPr>
          <w:p w14:paraId="28A6CAAB"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Reason for leaving:</w:t>
            </w:r>
          </w:p>
        </w:tc>
      </w:tr>
    </w:tbl>
    <w:p w14:paraId="6523CECB" w14:textId="1E80F78B" w:rsidR="004922CE" w:rsidRPr="0052011B" w:rsidRDefault="004922CE" w:rsidP="007A4005">
      <w:pPr>
        <w:rPr>
          <w:rFonts w:asciiTheme="majorHAnsi" w:hAnsiTheme="majorHAnsi" w:cstheme="majorHAnsi"/>
          <w:sz w:val="24"/>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320"/>
        <w:gridCol w:w="5320"/>
      </w:tblGrid>
      <w:tr w:rsidR="004922CE" w:rsidRPr="0052011B" w14:paraId="2E135FC6" w14:textId="77777777" w:rsidTr="007A4005">
        <w:trPr>
          <w:jc w:val="center"/>
        </w:trPr>
        <w:tc>
          <w:tcPr>
            <w:tcW w:w="5320" w:type="dxa"/>
            <w:vAlign w:val="center"/>
          </w:tcPr>
          <w:p w14:paraId="29C13849"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Start date:</w:t>
            </w:r>
          </w:p>
        </w:tc>
        <w:tc>
          <w:tcPr>
            <w:tcW w:w="5320" w:type="dxa"/>
            <w:vAlign w:val="center"/>
          </w:tcPr>
          <w:p w14:paraId="59228662" w14:textId="77777777" w:rsidR="004922CE"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End date:</w:t>
            </w:r>
          </w:p>
          <w:p w14:paraId="749909A1"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7C56C009" w14:textId="77777777" w:rsidTr="007A4005">
        <w:trPr>
          <w:jc w:val="center"/>
        </w:trPr>
        <w:tc>
          <w:tcPr>
            <w:tcW w:w="5320" w:type="dxa"/>
            <w:vAlign w:val="center"/>
          </w:tcPr>
          <w:p w14:paraId="384DF33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and address of employer:</w:t>
            </w:r>
          </w:p>
        </w:tc>
        <w:tc>
          <w:tcPr>
            <w:tcW w:w="5320" w:type="dxa"/>
            <w:vAlign w:val="center"/>
          </w:tcPr>
          <w:p w14:paraId="7D5E1D24" w14:textId="77777777" w:rsidR="004922CE"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Job title or position:</w:t>
            </w:r>
          </w:p>
          <w:p w14:paraId="2177647C"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53E57A54" w14:textId="77777777" w:rsidTr="007A4005">
        <w:trPr>
          <w:jc w:val="center"/>
        </w:trPr>
        <w:tc>
          <w:tcPr>
            <w:tcW w:w="5320" w:type="dxa"/>
            <w:vAlign w:val="center"/>
          </w:tcPr>
          <w:p w14:paraId="183EB3A1" w14:textId="77777777" w:rsidR="004922CE" w:rsidRDefault="004922CE">
            <w:pPr>
              <w:spacing w:after="0" w:line="240" w:lineRule="auto"/>
              <w:rPr>
                <w:rFonts w:asciiTheme="majorHAnsi" w:hAnsiTheme="majorHAnsi" w:cstheme="majorHAnsi"/>
                <w:sz w:val="24"/>
                <w:szCs w:val="24"/>
              </w:rPr>
            </w:pPr>
          </w:p>
          <w:p w14:paraId="5031BCCC" w14:textId="7DC1E594" w:rsidR="00437277" w:rsidRDefault="00437277">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Brief description of main duties:</w:t>
            </w:r>
          </w:p>
          <w:p w14:paraId="5FBA2B0D" w14:textId="77777777" w:rsidR="00437277" w:rsidRDefault="00437277">
            <w:pPr>
              <w:spacing w:after="0" w:line="240" w:lineRule="auto"/>
              <w:rPr>
                <w:rFonts w:asciiTheme="majorHAnsi" w:hAnsiTheme="majorHAnsi" w:cstheme="majorHAnsi"/>
                <w:sz w:val="24"/>
                <w:szCs w:val="24"/>
              </w:rPr>
            </w:pPr>
          </w:p>
          <w:p w14:paraId="52507E00" w14:textId="77777777" w:rsidR="00437277" w:rsidRDefault="00437277">
            <w:pPr>
              <w:spacing w:after="0" w:line="240" w:lineRule="auto"/>
              <w:rPr>
                <w:rFonts w:asciiTheme="majorHAnsi" w:hAnsiTheme="majorHAnsi" w:cstheme="majorHAnsi"/>
                <w:sz w:val="24"/>
                <w:szCs w:val="24"/>
              </w:rPr>
            </w:pPr>
          </w:p>
          <w:p w14:paraId="685AC05C" w14:textId="77777777" w:rsidR="00437277" w:rsidRDefault="00437277">
            <w:pPr>
              <w:spacing w:after="0" w:line="240" w:lineRule="auto"/>
              <w:rPr>
                <w:rFonts w:asciiTheme="majorHAnsi" w:hAnsiTheme="majorHAnsi" w:cstheme="majorHAnsi"/>
                <w:sz w:val="24"/>
                <w:szCs w:val="24"/>
              </w:rPr>
            </w:pPr>
          </w:p>
          <w:p w14:paraId="1ADF2602" w14:textId="77777777" w:rsidR="00437277" w:rsidRDefault="00437277">
            <w:pPr>
              <w:spacing w:after="0" w:line="240" w:lineRule="auto"/>
              <w:rPr>
                <w:rFonts w:asciiTheme="majorHAnsi" w:hAnsiTheme="majorHAnsi" w:cstheme="majorHAnsi"/>
                <w:sz w:val="24"/>
                <w:szCs w:val="24"/>
              </w:rPr>
            </w:pPr>
          </w:p>
          <w:p w14:paraId="2712150E" w14:textId="038F4737" w:rsidR="00437277" w:rsidRPr="0052011B" w:rsidRDefault="00437277">
            <w:pPr>
              <w:spacing w:after="0" w:line="240" w:lineRule="auto"/>
              <w:rPr>
                <w:rFonts w:asciiTheme="majorHAnsi" w:hAnsiTheme="majorHAnsi" w:cstheme="majorHAnsi"/>
                <w:sz w:val="24"/>
                <w:szCs w:val="24"/>
              </w:rPr>
            </w:pPr>
          </w:p>
        </w:tc>
        <w:tc>
          <w:tcPr>
            <w:tcW w:w="5320" w:type="dxa"/>
            <w:vAlign w:val="center"/>
          </w:tcPr>
          <w:p w14:paraId="3A0C26BA" w14:textId="77777777" w:rsidR="004922CE" w:rsidRDefault="004922CE">
            <w:pPr>
              <w:spacing w:after="0" w:line="240" w:lineRule="auto"/>
              <w:rPr>
                <w:rFonts w:asciiTheme="majorHAnsi" w:hAnsiTheme="majorHAnsi" w:cstheme="majorHAnsi"/>
                <w:sz w:val="24"/>
                <w:szCs w:val="24"/>
              </w:rPr>
            </w:pPr>
          </w:p>
          <w:p w14:paraId="69FE386D" w14:textId="77777777" w:rsidR="00437277" w:rsidRDefault="00437277">
            <w:pPr>
              <w:spacing w:after="0" w:line="240" w:lineRule="auto"/>
              <w:rPr>
                <w:rFonts w:asciiTheme="majorHAnsi" w:hAnsiTheme="majorHAnsi" w:cstheme="majorHAnsi"/>
                <w:sz w:val="24"/>
                <w:szCs w:val="24"/>
              </w:rPr>
            </w:pPr>
          </w:p>
          <w:p w14:paraId="7D7AB920" w14:textId="77777777" w:rsidR="00437277" w:rsidRDefault="00437277">
            <w:pPr>
              <w:spacing w:after="0" w:line="240" w:lineRule="auto"/>
              <w:rPr>
                <w:rFonts w:asciiTheme="majorHAnsi" w:hAnsiTheme="majorHAnsi" w:cstheme="majorHAnsi"/>
                <w:sz w:val="24"/>
                <w:szCs w:val="24"/>
              </w:rPr>
            </w:pPr>
          </w:p>
          <w:p w14:paraId="3D258636" w14:textId="77777777" w:rsidR="00437277" w:rsidRDefault="00437277">
            <w:pPr>
              <w:spacing w:after="0" w:line="240" w:lineRule="auto"/>
              <w:rPr>
                <w:rFonts w:asciiTheme="majorHAnsi" w:hAnsiTheme="majorHAnsi" w:cstheme="majorHAnsi"/>
                <w:sz w:val="24"/>
                <w:szCs w:val="24"/>
              </w:rPr>
            </w:pPr>
          </w:p>
          <w:p w14:paraId="7BBE7041"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0A0BCE54" w14:textId="77777777" w:rsidTr="007A4005">
        <w:trPr>
          <w:jc w:val="center"/>
        </w:trPr>
        <w:tc>
          <w:tcPr>
            <w:tcW w:w="5320" w:type="dxa"/>
            <w:vAlign w:val="center"/>
          </w:tcPr>
          <w:p w14:paraId="2592C727"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Capacity (please tick):</w:t>
            </w:r>
            <w:r w:rsidRPr="0052011B">
              <w:rPr>
                <w:rFonts w:asciiTheme="majorHAnsi" w:hAnsiTheme="majorHAnsi" w:cstheme="majorHAnsi"/>
                <w:b/>
                <w:sz w:val="24"/>
                <w:szCs w:val="24"/>
              </w:rPr>
              <w:br/>
              <w:t xml:space="preserve">Full-time </w:t>
            </w:r>
            <w:proofErr w:type="gramStart"/>
            <w:r w:rsidRPr="0052011B">
              <w:rPr>
                <w:rFonts w:ascii="Segoe UI Symbol" w:hAnsi="Segoe UI Symbol" w:cs="Segoe UI Symbol"/>
                <w:b/>
                <w:sz w:val="24"/>
                <w:szCs w:val="24"/>
              </w:rPr>
              <w:t>☐</w:t>
            </w:r>
            <w:r w:rsidRPr="0052011B">
              <w:rPr>
                <w:rFonts w:asciiTheme="majorHAnsi" w:hAnsiTheme="majorHAnsi" w:cstheme="majorHAnsi"/>
                <w:b/>
                <w:sz w:val="24"/>
                <w:szCs w:val="24"/>
              </w:rPr>
              <w:t xml:space="preserve">  Part</w:t>
            </w:r>
            <w:proofErr w:type="gramEnd"/>
            <w:r w:rsidRPr="0052011B">
              <w:rPr>
                <w:rFonts w:asciiTheme="majorHAnsi" w:hAnsiTheme="majorHAnsi" w:cstheme="majorHAnsi"/>
                <w:b/>
                <w:sz w:val="24"/>
                <w:szCs w:val="24"/>
              </w:rPr>
              <w:t xml:space="preserve">-time </w:t>
            </w:r>
            <w:proofErr w:type="gramStart"/>
            <w:r w:rsidRPr="0052011B">
              <w:rPr>
                <w:rFonts w:ascii="Segoe UI Symbol" w:hAnsi="Segoe UI Symbol" w:cs="Segoe UI Symbol"/>
                <w:b/>
                <w:sz w:val="24"/>
                <w:szCs w:val="24"/>
              </w:rPr>
              <w:t>☐</w:t>
            </w:r>
            <w:r w:rsidRPr="0052011B">
              <w:rPr>
                <w:rFonts w:asciiTheme="majorHAnsi" w:hAnsiTheme="majorHAnsi" w:cstheme="majorHAnsi"/>
                <w:b/>
                <w:sz w:val="24"/>
                <w:szCs w:val="24"/>
              </w:rPr>
              <w:t xml:space="preserve">  Volunteer</w:t>
            </w:r>
            <w:proofErr w:type="gramEnd"/>
            <w:r w:rsidRPr="0052011B">
              <w:rPr>
                <w:rFonts w:asciiTheme="majorHAnsi" w:hAnsiTheme="majorHAnsi" w:cstheme="majorHAnsi"/>
                <w:b/>
                <w:sz w:val="24"/>
                <w:szCs w:val="24"/>
              </w:rPr>
              <w:t xml:space="preserve"> </w:t>
            </w:r>
            <w:proofErr w:type="gramStart"/>
            <w:r w:rsidRPr="0052011B">
              <w:rPr>
                <w:rFonts w:ascii="Segoe UI Symbol" w:hAnsi="Segoe UI Symbol" w:cs="Segoe UI Symbol"/>
                <w:b/>
                <w:sz w:val="24"/>
                <w:szCs w:val="24"/>
              </w:rPr>
              <w:t>☐</w:t>
            </w:r>
            <w:r w:rsidRPr="0052011B">
              <w:rPr>
                <w:rFonts w:asciiTheme="majorHAnsi" w:hAnsiTheme="majorHAnsi" w:cstheme="majorHAnsi"/>
                <w:b/>
                <w:sz w:val="24"/>
                <w:szCs w:val="24"/>
              </w:rPr>
              <w:t xml:space="preserve">  Placement</w:t>
            </w:r>
            <w:proofErr w:type="gramEnd"/>
            <w:r w:rsidRPr="0052011B">
              <w:rPr>
                <w:rFonts w:asciiTheme="majorHAnsi" w:hAnsiTheme="majorHAnsi" w:cstheme="majorHAnsi"/>
                <w:b/>
                <w:sz w:val="24"/>
                <w:szCs w:val="24"/>
              </w:rPr>
              <w:t xml:space="preserve"> </w:t>
            </w:r>
            <w:r w:rsidRPr="0052011B">
              <w:rPr>
                <w:rFonts w:ascii="Segoe UI Symbol" w:hAnsi="Segoe UI Symbol" w:cs="Segoe UI Symbol"/>
                <w:b/>
                <w:sz w:val="24"/>
                <w:szCs w:val="24"/>
              </w:rPr>
              <w:t>☐</w:t>
            </w:r>
            <w:r w:rsidRPr="0052011B">
              <w:rPr>
                <w:rFonts w:asciiTheme="majorHAnsi" w:hAnsiTheme="majorHAnsi" w:cstheme="majorHAnsi"/>
                <w:b/>
                <w:sz w:val="24"/>
                <w:szCs w:val="24"/>
              </w:rPr>
              <w:br/>
              <w:t>Other (please state)</w:t>
            </w:r>
          </w:p>
        </w:tc>
        <w:tc>
          <w:tcPr>
            <w:tcW w:w="5320" w:type="dxa"/>
            <w:vAlign w:val="center"/>
          </w:tcPr>
          <w:p w14:paraId="0AEEE675"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Reason for leaving:</w:t>
            </w:r>
          </w:p>
        </w:tc>
      </w:tr>
      <w:tr w:rsidR="004922CE" w:rsidRPr="0052011B" w14:paraId="3B5F7144" w14:textId="77777777" w:rsidTr="007A4005">
        <w:trPr>
          <w:jc w:val="center"/>
        </w:trPr>
        <w:tc>
          <w:tcPr>
            <w:tcW w:w="5320" w:type="dxa"/>
            <w:vAlign w:val="center"/>
          </w:tcPr>
          <w:p w14:paraId="01F72C5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Start date:</w:t>
            </w:r>
          </w:p>
        </w:tc>
        <w:tc>
          <w:tcPr>
            <w:tcW w:w="5320" w:type="dxa"/>
            <w:vAlign w:val="center"/>
          </w:tcPr>
          <w:p w14:paraId="026D6F9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End date:</w:t>
            </w:r>
          </w:p>
        </w:tc>
      </w:tr>
      <w:tr w:rsidR="004922CE" w:rsidRPr="0052011B" w14:paraId="48BC468E" w14:textId="77777777" w:rsidTr="007A4005">
        <w:trPr>
          <w:jc w:val="center"/>
        </w:trPr>
        <w:tc>
          <w:tcPr>
            <w:tcW w:w="5320" w:type="dxa"/>
            <w:vAlign w:val="center"/>
          </w:tcPr>
          <w:p w14:paraId="5789140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and address of employer:</w:t>
            </w:r>
          </w:p>
        </w:tc>
        <w:tc>
          <w:tcPr>
            <w:tcW w:w="5320" w:type="dxa"/>
            <w:vAlign w:val="center"/>
          </w:tcPr>
          <w:p w14:paraId="40D1B93E"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Job title or position:</w:t>
            </w:r>
          </w:p>
        </w:tc>
      </w:tr>
      <w:tr w:rsidR="004922CE" w:rsidRPr="0052011B" w14:paraId="2F7FFFAC" w14:textId="77777777" w:rsidTr="007A4005">
        <w:trPr>
          <w:trHeight w:val="875"/>
          <w:jc w:val="center"/>
        </w:trPr>
        <w:tc>
          <w:tcPr>
            <w:tcW w:w="5320" w:type="dxa"/>
            <w:vAlign w:val="center"/>
          </w:tcPr>
          <w:p w14:paraId="64ABF5F3" w14:textId="77777777" w:rsidR="004922CE" w:rsidRDefault="00000000">
            <w:pPr>
              <w:spacing w:after="0" w:line="240" w:lineRule="auto"/>
              <w:rPr>
                <w:rFonts w:asciiTheme="majorHAnsi" w:hAnsiTheme="majorHAnsi" w:cstheme="majorHAnsi"/>
                <w:b/>
                <w:sz w:val="24"/>
                <w:szCs w:val="24"/>
              </w:rPr>
            </w:pPr>
            <w:r w:rsidRPr="0052011B">
              <w:rPr>
                <w:rFonts w:asciiTheme="majorHAnsi" w:hAnsiTheme="majorHAnsi" w:cstheme="majorHAnsi"/>
                <w:b/>
                <w:sz w:val="24"/>
                <w:szCs w:val="24"/>
              </w:rPr>
              <w:t>Brief description of main duties:</w:t>
            </w:r>
          </w:p>
          <w:p w14:paraId="17970EB1" w14:textId="77777777" w:rsidR="001A36A9" w:rsidRDefault="001A36A9">
            <w:pPr>
              <w:spacing w:after="0" w:line="240" w:lineRule="auto"/>
              <w:rPr>
                <w:rFonts w:asciiTheme="majorHAnsi" w:hAnsiTheme="majorHAnsi" w:cstheme="majorHAnsi"/>
                <w:b/>
                <w:sz w:val="24"/>
                <w:szCs w:val="24"/>
              </w:rPr>
            </w:pPr>
          </w:p>
          <w:p w14:paraId="4990C2CA" w14:textId="77777777" w:rsidR="001A36A9" w:rsidRDefault="001A36A9">
            <w:pPr>
              <w:spacing w:after="0" w:line="240" w:lineRule="auto"/>
              <w:rPr>
                <w:rFonts w:asciiTheme="majorHAnsi" w:hAnsiTheme="majorHAnsi" w:cstheme="majorHAnsi"/>
                <w:b/>
                <w:sz w:val="24"/>
                <w:szCs w:val="24"/>
              </w:rPr>
            </w:pPr>
          </w:p>
          <w:p w14:paraId="418F221E" w14:textId="77777777" w:rsidR="001A36A9" w:rsidRDefault="001A36A9">
            <w:pPr>
              <w:spacing w:after="0" w:line="240" w:lineRule="auto"/>
              <w:rPr>
                <w:rFonts w:asciiTheme="majorHAnsi" w:hAnsiTheme="majorHAnsi" w:cstheme="majorHAnsi"/>
                <w:b/>
                <w:sz w:val="24"/>
                <w:szCs w:val="24"/>
              </w:rPr>
            </w:pPr>
          </w:p>
          <w:p w14:paraId="08CDB9A5" w14:textId="77777777" w:rsidR="001A36A9" w:rsidRDefault="001A36A9">
            <w:pPr>
              <w:spacing w:after="0" w:line="240" w:lineRule="auto"/>
              <w:rPr>
                <w:rFonts w:asciiTheme="majorHAnsi" w:hAnsiTheme="majorHAnsi" w:cstheme="majorHAnsi"/>
                <w:b/>
                <w:sz w:val="24"/>
                <w:szCs w:val="24"/>
              </w:rPr>
            </w:pPr>
          </w:p>
          <w:p w14:paraId="79EB96EA" w14:textId="77777777" w:rsidR="001A36A9" w:rsidRPr="0052011B" w:rsidRDefault="001A36A9">
            <w:pPr>
              <w:spacing w:after="0" w:line="240" w:lineRule="auto"/>
              <w:rPr>
                <w:rFonts w:asciiTheme="majorHAnsi" w:hAnsiTheme="majorHAnsi" w:cstheme="majorHAnsi"/>
                <w:sz w:val="24"/>
                <w:szCs w:val="24"/>
              </w:rPr>
            </w:pPr>
          </w:p>
        </w:tc>
        <w:tc>
          <w:tcPr>
            <w:tcW w:w="5320" w:type="dxa"/>
            <w:vAlign w:val="center"/>
          </w:tcPr>
          <w:p w14:paraId="5E098D56" w14:textId="77777777" w:rsidR="004922CE" w:rsidRPr="0052011B" w:rsidRDefault="004922CE">
            <w:pPr>
              <w:spacing w:after="0" w:line="240" w:lineRule="auto"/>
              <w:rPr>
                <w:rFonts w:asciiTheme="majorHAnsi" w:hAnsiTheme="majorHAnsi" w:cstheme="majorHAnsi"/>
                <w:sz w:val="24"/>
                <w:szCs w:val="24"/>
              </w:rPr>
            </w:pPr>
          </w:p>
        </w:tc>
      </w:tr>
    </w:tbl>
    <w:p w14:paraId="795A5812" w14:textId="77777777" w:rsidR="004922CE" w:rsidRPr="0052011B" w:rsidRDefault="004922CE">
      <w:pPr>
        <w:spacing w:after="0"/>
        <w:rPr>
          <w:rFonts w:asciiTheme="majorHAnsi" w:hAnsiTheme="majorHAnsi" w:cstheme="majorHAnsi"/>
          <w:sz w:val="24"/>
          <w:szCs w:val="24"/>
        </w:rPr>
      </w:pPr>
    </w:p>
    <w:p w14:paraId="19F1A679" w14:textId="77777777" w:rsidR="004922CE"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 xml:space="preserve">Please </w:t>
      </w:r>
      <w:proofErr w:type="gramStart"/>
      <w:r w:rsidRPr="0052011B">
        <w:rPr>
          <w:rFonts w:asciiTheme="majorHAnsi" w:hAnsiTheme="majorHAnsi" w:cstheme="majorHAnsi"/>
          <w:sz w:val="24"/>
          <w:szCs w:val="24"/>
        </w:rPr>
        <w:t>continue on</w:t>
      </w:r>
      <w:proofErr w:type="gramEnd"/>
      <w:r w:rsidRPr="0052011B">
        <w:rPr>
          <w:rFonts w:asciiTheme="majorHAnsi" w:hAnsiTheme="majorHAnsi" w:cstheme="majorHAnsi"/>
          <w:sz w:val="24"/>
          <w:szCs w:val="24"/>
        </w:rPr>
        <w:t xml:space="preserve"> a separate sheet if necessary.</w:t>
      </w:r>
    </w:p>
    <w:p w14:paraId="668C3437" w14:textId="77777777" w:rsidR="004922CE" w:rsidRPr="0052011B" w:rsidRDefault="00000000">
      <w:pPr>
        <w:rPr>
          <w:rFonts w:asciiTheme="majorHAnsi" w:hAnsiTheme="majorHAnsi" w:cstheme="majorHAnsi"/>
          <w:sz w:val="24"/>
          <w:szCs w:val="24"/>
        </w:rPr>
      </w:pPr>
      <w:r w:rsidRPr="0052011B">
        <w:rPr>
          <w:rFonts w:asciiTheme="majorHAnsi" w:hAnsiTheme="majorHAnsi" w:cstheme="majorHAnsi"/>
          <w:sz w:val="24"/>
          <w:szCs w:val="24"/>
        </w:rPr>
        <w:br w:type="page"/>
      </w:r>
    </w:p>
    <w:p w14:paraId="6D38C9C2" w14:textId="1F84095E" w:rsidR="00EE17D2" w:rsidRDefault="00EE17D2" w:rsidP="00EE17D2">
      <w:pPr>
        <w:spacing w:after="80" w:line="240" w:lineRule="auto"/>
        <w:rPr>
          <w:rFonts w:asciiTheme="majorHAnsi" w:hAnsiTheme="majorHAnsi" w:cstheme="majorHAnsi"/>
          <w:sz w:val="24"/>
          <w:szCs w:val="24"/>
        </w:rPr>
      </w:pPr>
      <w:r>
        <w:rPr>
          <w:rFonts w:ascii="Times New Roman" w:hAnsi="Times New Roman"/>
          <w:noProof/>
          <w:color w:val="5F497A" w:themeColor="accent4" w:themeShade="BF"/>
          <w:lang w:val="en-GB" w:eastAsia="en-GB"/>
        </w:rPr>
        <w:lastRenderedPageBreak/>
        <w:drawing>
          <wp:anchor distT="0" distB="0" distL="114300" distR="114300" simplePos="0" relativeHeight="251673600" behindDoc="1" locked="0" layoutInCell="1" allowOverlap="1" wp14:anchorId="276829C0" wp14:editId="5EE27B26">
            <wp:simplePos x="0" y="0"/>
            <wp:positionH relativeFrom="margin">
              <wp:align>left</wp:align>
            </wp:positionH>
            <wp:positionV relativeFrom="paragraph">
              <wp:posOffset>-1905</wp:posOffset>
            </wp:positionV>
            <wp:extent cx="2266950" cy="885825"/>
            <wp:effectExtent l="0" t="0" r="0" b="9525"/>
            <wp:wrapNone/>
            <wp:docPr id="1043932251" name="Picture 7" descr="TVW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VWC_LOGO.jpg"/>
                    <pic:cNvPicPr/>
                  </pic:nvPicPr>
                  <pic:blipFill>
                    <a:blip r:embed="rId6" cstate="print"/>
                    <a:stretch>
                      <a:fillRect/>
                    </a:stretch>
                  </pic:blipFill>
                  <pic:spPr>
                    <a:xfrm>
                      <a:off x="0" y="0"/>
                      <a:ext cx="2266950" cy="885825"/>
                    </a:xfrm>
                    <a:prstGeom prst="rect">
                      <a:avLst/>
                    </a:prstGeom>
                  </pic:spPr>
                </pic:pic>
              </a:graphicData>
            </a:graphic>
            <wp14:sizeRelH relativeFrom="margin">
              <wp14:pctWidth>0</wp14:pctWidth>
            </wp14:sizeRelH>
            <wp14:sizeRelV relativeFrom="margin">
              <wp14:pctHeight>0</wp14:pctHeight>
            </wp14:sizeRelV>
          </wp:anchor>
        </w:drawing>
      </w:r>
    </w:p>
    <w:p w14:paraId="4CFC241C" w14:textId="77777777" w:rsidR="00EE17D2" w:rsidRDefault="00EE17D2" w:rsidP="00EE17D2">
      <w:pPr>
        <w:spacing w:after="80" w:line="240" w:lineRule="auto"/>
        <w:rPr>
          <w:rFonts w:asciiTheme="majorHAnsi" w:hAnsiTheme="majorHAnsi" w:cstheme="majorHAnsi"/>
          <w:sz w:val="24"/>
          <w:szCs w:val="24"/>
        </w:rPr>
      </w:pPr>
    </w:p>
    <w:p w14:paraId="6D5EFB94" w14:textId="77777777" w:rsidR="00EE17D2" w:rsidRDefault="00EE17D2" w:rsidP="00EE17D2">
      <w:pPr>
        <w:spacing w:after="80" w:line="240" w:lineRule="auto"/>
        <w:rPr>
          <w:rFonts w:asciiTheme="majorHAnsi" w:hAnsiTheme="majorHAnsi" w:cstheme="majorHAnsi"/>
          <w:sz w:val="24"/>
          <w:szCs w:val="24"/>
        </w:rPr>
      </w:pPr>
    </w:p>
    <w:p w14:paraId="6FDD7FFD" w14:textId="77777777" w:rsidR="00EE17D2" w:rsidRDefault="00EE17D2" w:rsidP="00EE17D2">
      <w:pPr>
        <w:spacing w:after="80" w:line="240" w:lineRule="auto"/>
        <w:rPr>
          <w:rFonts w:asciiTheme="majorHAnsi" w:hAnsiTheme="majorHAnsi" w:cstheme="majorHAnsi"/>
          <w:sz w:val="24"/>
          <w:szCs w:val="24"/>
        </w:rPr>
      </w:pPr>
    </w:p>
    <w:p w14:paraId="591CADBD" w14:textId="77777777" w:rsidR="00EE17D2" w:rsidRDefault="00EE17D2" w:rsidP="00EE17D2">
      <w:pPr>
        <w:spacing w:after="80" w:line="240" w:lineRule="auto"/>
        <w:rPr>
          <w:rFonts w:asciiTheme="majorHAnsi" w:hAnsiTheme="majorHAnsi" w:cstheme="majorHAnsi"/>
          <w:sz w:val="24"/>
          <w:szCs w:val="24"/>
        </w:rPr>
      </w:pPr>
    </w:p>
    <w:p w14:paraId="2BBC0E07" w14:textId="36A0FD28" w:rsidR="004922CE" w:rsidRPr="0052011B" w:rsidRDefault="00000000" w:rsidP="00EE17D2">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Classification - Unrestricted</w:t>
      </w:r>
    </w:p>
    <w:p w14:paraId="6872F988"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SECONDARY EDUCATION &amp; QUALIFICATIONS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6"/>
        <w:gridCol w:w="3547"/>
        <w:gridCol w:w="3547"/>
      </w:tblGrid>
      <w:tr w:rsidR="004922CE" w:rsidRPr="0052011B" w14:paraId="1B1FD0B0" w14:textId="77777777">
        <w:trPr>
          <w:jc w:val="center"/>
        </w:trPr>
        <w:tc>
          <w:tcPr>
            <w:tcW w:w="3552" w:type="dxa"/>
            <w:vAlign w:val="center"/>
          </w:tcPr>
          <w:p w14:paraId="1DDBD231"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of School / College</w:t>
            </w:r>
          </w:p>
        </w:tc>
        <w:tc>
          <w:tcPr>
            <w:tcW w:w="3552" w:type="dxa"/>
            <w:vAlign w:val="center"/>
          </w:tcPr>
          <w:p w14:paraId="151B57FA"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GCSE, A-Level or Other</w:t>
            </w:r>
          </w:p>
        </w:tc>
        <w:tc>
          <w:tcPr>
            <w:tcW w:w="3552" w:type="dxa"/>
            <w:vAlign w:val="center"/>
          </w:tcPr>
          <w:p w14:paraId="550AD1CF"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Grade</w:t>
            </w:r>
          </w:p>
        </w:tc>
      </w:tr>
      <w:tr w:rsidR="004922CE" w:rsidRPr="0052011B" w14:paraId="219611BE" w14:textId="77777777">
        <w:trPr>
          <w:jc w:val="center"/>
        </w:trPr>
        <w:tc>
          <w:tcPr>
            <w:tcW w:w="3552" w:type="dxa"/>
            <w:vAlign w:val="center"/>
          </w:tcPr>
          <w:p w14:paraId="2E95A54A"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3DF2C7F2"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5ED745E"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5D2C2E54" w14:textId="77777777">
        <w:trPr>
          <w:jc w:val="center"/>
        </w:trPr>
        <w:tc>
          <w:tcPr>
            <w:tcW w:w="3552" w:type="dxa"/>
            <w:vAlign w:val="center"/>
          </w:tcPr>
          <w:p w14:paraId="15336677"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6FEE9ECC"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304EE176"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769EA657" w14:textId="77777777">
        <w:trPr>
          <w:jc w:val="center"/>
        </w:trPr>
        <w:tc>
          <w:tcPr>
            <w:tcW w:w="3552" w:type="dxa"/>
            <w:vAlign w:val="center"/>
          </w:tcPr>
          <w:p w14:paraId="02FA2AC8"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5247DB19"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9AD40E0" w14:textId="77777777" w:rsidR="004922CE" w:rsidRPr="0052011B" w:rsidRDefault="004922CE">
            <w:pPr>
              <w:spacing w:after="0" w:line="240" w:lineRule="auto"/>
              <w:rPr>
                <w:rFonts w:asciiTheme="majorHAnsi" w:hAnsiTheme="majorHAnsi" w:cstheme="majorHAnsi"/>
                <w:sz w:val="24"/>
                <w:szCs w:val="24"/>
              </w:rPr>
            </w:pPr>
          </w:p>
        </w:tc>
      </w:tr>
    </w:tbl>
    <w:p w14:paraId="3F60570F" w14:textId="77777777" w:rsidR="004922CE" w:rsidRPr="0052011B" w:rsidRDefault="004922CE">
      <w:pPr>
        <w:spacing w:after="0"/>
        <w:rPr>
          <w:rFonts w:asciiTheme="majorHAnsi" w:hAnsiTheme="majorHAnsi" w:cstheme="majorHAnsi"/>
          <w:sz w:val="24"/>
          <w:szCs w:val="24"/>
        </w:rPr>
      </w:pPr>
    </w:p>
    <w:p w14:paraId="6DF8B33D"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HIGHER EDUCATION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7"/>
        <w:gridCol w:w="3547"/>
        <w:gridCol w:w="3546"/>
      </w:tblGrid>
      <w:tr w:rsidR="004922CE" w:rsidRPr="0052011B" w14:paraId="3A605DD1" w14:textId="77777777">
        <w:trPr>
          <w:jc w:val="center"/>
        </w:trPr>
        <w:tc>
          <w:tcPr>
            <w:tcW w:w="3552" w:type="dxa"/>
            <w:vAlign w:val="center"/>
          </w:tcPr>
          <w:p w14:paraId="79010E5D"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of University, College or Other</w:t>
            </w:r>
          </w:p>
        </w:tc>
        <w:tc>
          <w:tcPr>
            <w:tcW w:w="3552" w:type="dxa"/>
            <w:vAlign w:val="center"/>
          </w:tcPr>
          <w:p w14:paraId="3890F282"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Courses / Subjects Taken</w:t>
            </w:r>
          </w:p>
        </w:tc>
        <w:tc>
          <w:tcPr>
            <w:tcW w:w="3552" w:type="dxa"/>
            <w:vAlign w:val="center"/>
          </w:tcPr>
          <w:p w14:paraId="2BB42E49"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Dates</w:t>
            </w:r>
          </w:p>
        </w:tc>
      </w:tr>
      <w:tr w:rsidR="004922CE" w:rsidRPr="0052011B" w14:paraId="069E48B4" w14:textId="77777777">
        <w:trPr>
          <w:jc w:val="center"/>
        </w:trPr>
        <w:tc>
          <w:tcPr>
            <w:tcW w:w="3552" w:type="dxa"/>
            <w:vAlign w:val="center"/>
          </w:tcPr>
          <w:p w14:paraId="1DFBF6B7"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66349183"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9BF2FED"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75BB58FC" w14:textId="77777777">
        <w:trPr>
          <w:jc w:val="center"/>
        </w:trPr>
        <w:tc>
          <w:tcPr>
            <w:tcW w:w="3552" w:type="dxa"/>
            <w:vAlign w:val="center"/>
          </w:tcPr>
          <w:p w14:paraId="0157DE50"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2F84A07"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A3CB368"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1E6703E8" w14:textId="77777777">
        <w:trPr>
          <w:jc w:val="center"/>
        </w:trPr>
        <w:tc>
          <w:tcPr>
            <w:tcW w:w="3552" w:type="dxa"/>
            <w:vAlign w:val="center"/>
          </w:tcPr>
          <w:p w14:paraId="2F51A695"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6A707B11"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82E2C50" w14:textId="77777777" w:rsidR="004922CE" w:rsidRPr="0052011B" w:rsidRDefault="004922CE">
            <w:pPr>
              <w:spacing w:after="0" w:line="240" w:lineRule="auto"/>
              <w:rPr>
                <w:rFonts w:asciiTheme="majorHAnsi" w:hAnsiTheme="majorHAnsi" w:cstheme="majorHAnsi"/>
                <w:sz w:val="24"/>
                <w:szCs w:val="24"/>
              </w:rPr>
            </w:pPr>
          </w:p>
        </w:tc>
      </w:tr>
    </w:tbl>
    <w:p w14:paraId="710DA515" w14:textId="77777777" w:rsidR="004922CE" w:rsidRPr="0052011B" w:rsidRDefault="004922CE">
      <w:pPr>
        <w:spacing w:after="0"/>
        <w:rPr>
          <w:rFonts w:asciiTheme="majorHAnsi" w:hAnsiTheme="majorHAnsi" w:cstheme="majorHAnsi"/>
          <w:sz w:val="24"/>
          <w:szCs w:val="24"/>
        </w:rPr>
      </w:pPr>
    </w:p>
    <w:p w14:paraId="3383139C"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FURTHER EDUCATION &amp; QUALIFICATIONS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7"/>
        <w:gridCol w:w="3547"/>
        <w:gridCol w:w="3546"/>
      </w:tblGrid>
      <w:tr w:rsidR="004922CE" w:rsidRPr="0052011B" w14:paraId="0CA578BB" w14:textId="77777777">
        <w:trPr>
          <w:jc w:val="center"/>
        </w:trPr>
        <w:tc>
          <w:tcPr>
            <w:tcW w:w="3552" w:type="dxa"/>
            <w:vAlign w:val="center"/>
          </w:tcPr>
          <w:p w14:paraId="4694209D"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Name of College / Institution</w:t>
            </w:r>
          </w:p>
        </w:tc>
        <w:tc>
          <w:tcPr>
            <w:tcW w:w="3552" w:type="dxa"/>
            <w:vAlign w:val="center"/>
          </w:tcPr>
          <w:p w14:paraId="3BB3F1D0"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Qualification / Course</w:t>
            </w:r>
          </w:p>
        </w:tc>
        <w:tc>
          <w:tcPr>
            <w:tcW w:w="3552" w:type="dxa"/>
            <w:vAlign w:val="center"/>
          </w:tcPr>
          <w:p w14:paraId="01509D0C"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Date</w:t>
            </w:r>
          </w:p>
        </w:tc>
      </w:tr>
      <w:tr w:rsidR="004922CE" w:rsidRPr="0052011B" w14:paraId="31694D5B" w14:textId="77777777">
        <w:trPr>
          <w:jc w:val="center"/>
        </w:trPr>
        <w:tc>
          <w:tcPr>
            <w:tcW w:w="3552" w:type="dxa"/>
            <w:vAlign w:val="center"/>
          </w:tcPr>
          <w:p w14:paraId="43154738"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225A17E9"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553F84B"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4005CAF0" w14:textId="77777777">
        <w:trPr>
          <w:jc w:val="center"/>
        </w:trPr>
        <w:tc>
          <w:tcPr>
            <w:tcW w:w="3552" w:type="dxa"/>
            <w:vAlign w:val="center"/>
          </w:tcPr>
          <w:p w14:paraId="2FC97C7E"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5FB9BED8"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3DB52D6"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073C4496" w14:textId="77777777">
        <w:trPr>
          <w:jc w:val="center"/>
        </w:trPr>
        <w:tc>
          <w:tcPr>
            <w:tcW w:w="3552" w:type="dxa"/>
            <w:vAlign w:val="center"/>
          </w:tcPr>
          <w:p w14:paraId="394721F2"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8EE02B3"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5DEA794C" w14:textId="77777777" w:rsidR="004922CE" w:rsidRPr="0052011B" w:rsidRDefault="004922CE">
            <w:pPr>
              <w:spacing w:after="0" w:line="240" w:lineRule="auto"/>
              <w:rPr>
                <w:rFonts w:asciiTheme="majorHAnsi" w:hAnsiTheme="majorHAnsi" w:cstheme="majorHAnsi"/>
                <w:sz w:val="24"/>
                <w:szCs w:val="24"/>
              </w:rPr>
            </w:pPr>
          </w:p>
        </w:tc>
      </w:tr>
    </w:tbl>
    <w:p w14:paraId="2E1FD827" w14:textId="77777777" w:rsidR="004922CE" w:rsidRPr="0052011B" w:rsidRDefault="004922CE">
      <w:pPr>
        <w:spacing w:after="0"/>
        <w:rPr>
          <w:rFonts w:asciiTheme="majorHAnsi" w:hAnsiTheme="majorHAnsi" w:cstheme="majorHAnsi"/>
          <w:sz w:val="24"/>
          <w:szCs w:val="24"/>
        </w:rPr>
      </w:pPr>
    </w:p>
    <w:p w14:paraId="54B15AE1"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CURRENT MEMBERSHIP OF PROFESSIONAL BODIES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320"/>
        <w:gridCol w:w="5320"/>
      </w:tblGrid>
      <w:tr w:rsidR="004922CE" w:rsidRPr="0052011B" w14:paraId="1EC3453C" w14:textId="77777777">
        <w:trPr>
          <w:jc w:val="center"/>
        </w:trPr>
        <w:tc>
          <w:tcPr>
            <w:tcW w:w="5328" w:type="dxa"/>
            <w:vAlign w:val="center"/>
          </w:tcPr>
          <w:p w14:paraId="32F85CD4"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Professional Body</w:t>
            </w:r>
          </w:p>
        </w:tc>
        <w:tc>
          <w:tcPr>
            <w:tcW w:w="5328" w:type="dxa"/>
            <w:vAlign w:val="center"/>
          </w:tcPr>
          <w:p w14:paraId="7D0E0ADA"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Professional Registration Number (where applicable)</w:t>
            </w:r>
          </w:p>
        </w:tc>
      </w:tr>
      <w:tr w:rsidR="004922CE" w:rsidRPr="0052011B" w14:paraId="0C961C47" w14:textId="77777777">
        <w:trPr>
          <w:jc w:val="center"/>
        </w:trPr>
        <w:tc>
          <w:tcPr>
            <w:tcW w:w="5328" w:type="dxa"/>
            <w:vAlign w:val="center"/>
          </w:tcPr>
          <w:p w14:paraId="4443C1F9" w14:textId="77777777" w:rsidR="004922CE" w:rsidRPr="0052011B" w:rsidRDefault="004922CE">
            <w:pPr>
              <w:spacing w:after="0" w:line="240" w:lineRule="auto"/>
              <w:rPr>
                <w:rFonts w:asciiTheme="majorHAnsi" w:hAnsiTheme="majorHAnsi" w:cstheme="majorHAnsi"/>
                <w:sz w:val="24"/>
                <w:szCs w:val="24"/>
              </w:rPr>
            </w:pPr>
          </w:p>
        </w:tc>
        <w:tc>
          <w:tcPr>
            <w:tcW w:w="5328" w:type="dxa"/>
            <w:vAlign w:val="center"/>
          </w:tcPr>
          <w:p w14:paraId="7675499E"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71039612" w14:textId="77777777">
        <w:trPr>
          <w:jc w:val="center"/>
        </w:trPr>
        <w:tc>
          <w:tcPr>
            <w:tcW w:w="5328" w:type="dxa"/>
            <w:vAlign w:val="center"/>
          </w:tcPr>
          <w:p w14:paraId="75C7763A" w14:textId="77777777" w:rsidR="004922CE" w:rsidRPr="0052011B" w:rsidRDefault="004922CE">
            <w:pPr>
              <w:spacing w:after="0" w:line="240" w:lineRule="auto"/>
              <w:rPr>
                <w:rFonts w:asciiTheme="majorHAnsi" w:hAnsiTheme="majorHAnsi" w:cstheme="majorHAnsi"/>
                <w:sz w:val="24"/>
                <w:szCs w:val="24"/>
              </w:rPr>
            </w:pPr>
          </w:p>
        </w:tc>
        <w:tc>
          <w:tcPr>
            <w:tcW w:w="5328" w:type="dxa"/>
            <w:vAlign w:val="center"/>
          </w:tcPr>
          <w:p w14:paraId="000F963F" w14:textId="77777777" w:rsidR="004922CE" w:rsidRPr="0052011B" w:rsidRDefault="004922CE">
            <w:pPr>
              <w:spacing w:after="0" w:line="240" w:lineRule="auto"/>
              <w:rPr>
                <w:rFonts w:asciiTheme="majorHAnsi" w:hAnsiTheme="majorHAnsi" w:cstheme="majorHAnsi"/>
                <w:sz w:val="24"/>
                <w:szCs w:val="24"/>
              </w:rPr>
            </w:pPr>
          </w:p>
        </w:tc>
      </w:tr>
    </w:tbl>
    <w:p w14:paraId="3760CEF1" w14:textId="77777777" w:rsidR="004922CE" w:rsidRPr="0052011B" w:rsidRDefault="004922CE">
      <w:pPr>
        <w:spacing w:after="0"/>
        <w:rPr>
          <w:rFonts w:asciiTheme="majorHAnsi" w:hAnsiTheme="majorHAnsi" w:cstheme="majorHAnsi"/>
          <w:sz w:val="24"/>
          <w:szCs w:val="24"/>
        </w:rPr>
      </w:pPr>
    </w:p>
    <w:p w14:paraId="17EFCE24"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OTHER RELEVANT EXPERIENCE, SKILLS AND INTERESTS</w:t>
      </w:r>
    </w:p>
    <w:p w14:paraId="65C405B4" w14:textId="77777777" w:rsidR="004922CE"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Please note here any other employment you would continue with if you were to be successful in obtaining this position.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6"/>
        <w:gridCol w:w="3547"/>
        <w:gridCol w:w="3547"/>
      </w:tblGrid>
      <w:tr w:rsidR="004922CE" w:rsidRPr="0052011B" w14:paraId="732927A5" w14:textId="77777777">
        <w:trPr>
          <w:jc w:val="center"/>
        </w:trPr>
        <w:tc>
          <w:tcPr>
            <w:tcW w:w="3552" w:type="dxa"/>
            <w:vAlign w:val="center"/>
          </w:tcPr>
          <w:p w14:paraId="2C1BC74C"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339AC39" w14:textId="77777777" w:rsidR="004922CE" w:rsidRDefault="004922CE">
            <w:pPr>
              <w:spacing w:after="0" w:line="240" w:lineRule="auto"/>
              <w:rPr>
                <w:rFonts w:asciiTheme="majorHAnsi" w:hAnsiTheme="majorHAnsi" w:cstheme="majorHAnsi"/>
                <w:sz w:val="24"/>
                <w:szCs w:val="24"/>
              </w:rPr>
            </w:pPr>
          </w:p>
          <w:p w14:paraId="40B98095" w14:textId="77777777" w:rsidR="00437277" w:rsidRPr="0052011B" w:rsidRDefault="00437277">
            <w:pPr>
              <w:spacing w:after="0" w:line="240" w:lineRule="auto"/>
              <w:rPr>
                <w:rFonts w:asciiTheme="majorHAnsi" w:hAnsiTheme="majorHAnsi" w:cstheme="majorHAnsi"/>
                <w:sz w:val="24"/>
                <w:szCs w:val="24"/>
              </w:rPr>
            </w:pPr>
          </w:p>
        </w:tc>
        <w:tc>
          <w:tcPr>
            <w:tcW w:w="3552" w:type="dxa"/>
            <w:vAlign w:val="center"/>
          </w:tcPr>
          <w:p w14:paraId="2786A308"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3751654D" w14:textId="77777777">
        <w:trPr>
          <w:jc w:val="center"/>
        </w:trPr>
        <w:tc>
          <w:tcPr>
            <w:tcW w:w="3552" w:type="dxa"/>
            <w:vAlign w:val="center"/>
          </w:tcPr>
          <w:p w14:paraId="0CE2D88F"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00FD15D9" w14:textId="77777777" w:rsidR="004922CE" w:rsidRDefault="004922CE">
            <w:pPr>
              <w:spacing w:after="0" w:line="240" w:lineRule="auto"/>
              <w:rPr>
                <w:rFonts w:asciiTheme="majorHAnsi" w:hAnsiTheme="majorHAnsi" w:cstheme="majorHAnsi"/>
                <w:sz w:val="24"/>
                <w:szCs w:val="24"/>
              </w:rPr>
            </w:pPr>
          </w:p>
          <w:p w14:paraId="759AA3E9" w14:textId="77777777" w:rsidR="00437277" w:rsidRPr="0052011B" w:rsidRDefault="00437277">
            <w:pPr>
              <w:spacing w:after="0" w:line="240" w:lineRule="auto"/>
              <w:rPr>
                <w:rFonts w:asciiTheme="majorHAnsi" w:hAnsiTheme="majorHAnsi" w:cstheme="majorHAnsi"/>
                <w:sz w:val="24"/>
                <w:szCs w:val="24"/>
              </w:rPr>
            </w:pPr>
          </w:p>
        </w:tc>
        <w:tc>
          <w:tcPr>
            <w:tcW w:w="3552" w:type="dxa"/>
            <w:vAlign w:val="center"/>
          </w:tcPr>
          <w:p w14:paraId="488F2A2A" w14:textId="77777777" w:rsidR="004922CE" w:rsidRPr="0052011B" w:rsidRDefault="004922CE">
            <w:pPr>
              <w:spacing w:after="0" w:line="240" w:lineRule="auto"/>
              <w:rPr>
                <w:rFonts w:asciiTheme="majorHAnsi" w:hAnsiTheme="majorHAnsi" w:cstheme="majorHAnsi"/>
                <w:sz w:val="24"/>
                <w:szCs w:val="24"/>
              </w:rPr>
            </w:pPr>
          </w:p>
        </w:tc>
      </w:tr>
      <w:tr w:rsidR="004922CE" w:rsidRPr="0052011B" w14:paraId="32D05841" w14:textId="77777777" w:rsidTr="00EE17D2">
        <w:trPr>
          <w:trHeight w:val="367"/>
          <w:jc w:val="center"/>
        </w:trPr>
        <w:tc>
          <w:tcPr>
            <w:tcW w:w="3552" w:type="dxa"/>
            <w:vAlign w:val="center"/>
          </w:tcPr>
          <w:p w14:paraId="48A7FEDC" w14:textId="77777777" w:rsidR="004922CE" w:rsidRPr="0052011B" w:rsidRDefault="004922CE">
            <w:pPr>
              <w:spacing w:after="0" w:line="240" w:lineRule="auto"/>
              <w:rPr>
                <w:rFonts w:asciiTheme="majorHAnsi" w:hAnsiTheme="majorHAnsi" w:cstheme="majorHAnsi"/>
                <w:sz w:val="24"/>
                <w:szCs w:val="24"/>
              </w:rPr>
            </w:pPr>
          </w:p>
        </w:tc>
        <w:tc>
          <w:tcPr>
            <w:tcW w:w="3552" w:type="dxa"/>
            <w:vAlign w:val="center"/>
          </w:tcPr>
          <w:p w14:paraId="7C908BE9" w14:textId="77777777" w:rsidR="004922CE" w:rsidRDefault="004922CE">
            <w:pPr>
              <w:spacing w:after="0" w:line="240" w:lineRule="auto"/>
              <w:rPr>
                <w:rFonts w:asciiTheme="majorHAnsi" w:hAnsiTheme="majorHAnsi" w:cstheme="majorHAnsi"/>
                <w:sz w:val="24"/>
                <w:szCs w:val="24"/>
              </w:rPr>
            </w:pPr>
          </w:p>
          <w:p w14:paraId="6FE90720" w14:textId="77777777" w:rsidR="00437277" w:rsidRPr="0052011B" w:rsidRDefault="00437277">
            <w:pPr>
              <w:spacing w:after="0" w:line="240" w:lineRule="auto"/>
              <w:rPr>
                <w:rFonts w:asciiTheme="majorHAnsi" w:hAnsiTheme="majorHAnsi" w:cstheme="majorHAnsi"/>
                <w:sz w:val="24"/>
                <w:szCs w:val="24"/>
              </w:rPr>
            </w:pPr>
          </w:p>
        </w:tc>
        <w:tc>
          <w:tcPr>
            <w:tcW w:w="3552" w:type="dxa"/>
            <w:vAlign w:val="center"/>
          </w:tcPr>
          <w:p w14:paraId="59C34239" w14:textId="77777777" w:rsidR="004922CE" w:rsidRPr="0052011B" w:rsidRDefault="004922CE">
            <w:pPr>
              <w:spacing w:after="0" w:line="240" w:lineRule="auto"/>
              <w:rPr>
                <w:rFonts w:asciiTheme="majorHAnsi" w:hAnsiTheme="majorHAnsi" w:cstheme="majorHAnsi"/>
                <w:sz w:val="24"/>
                <w:szCs w:val="24"/>
              </w:rPr>
            </w:pPr>
          </w:p>
        </w:tc>
      </w:tr>
    </w:tbl>
    <w:p w14:paraId="7DD67D64" w14:textId="77777777" w:rsidR="004922CE" w:rsidRPr="0052011B" w:rsidRDefault="004922CE">
      <w:pPr>
        <w:spacing w:after="0"/>
        <w:rPr>
          <w:rFonts w:asciiTheme="majorHAnsi" w:hAnsiTheme="majorHAnsi" w:cstheme="majorHAnsi"/>
          <w:sz w:val="24"/>
          <w:szCs w:val="24"/>
        </w:rPr>
      </w:pPr>
    </w:p>
    <w:p w14:paraId="289565FB" w14:textId="77777777"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lastRenderedPageBreak/>
        <w:t>EXPLANATION FOR GAPS IN EMPLOYMENT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320"/>
        <w:gridCol w:w="5320"/>
      </w:tblGrid>
      <w:tr w:rsidR="004922CE" w:rsidRPr="0052011B" w14:paraId="6992C25D" w14:textId="77777777" w:rsidTr="003B682D">
        <w:trPr>
          <w:jc w:val="center"/>
        </w:trPr>
        <w:tc>
          <w:tcPr>
            <w:tcW w:w="5320" w:type="dxa"/>
            <w:vAlign w:val="center"/>
          </w:tcPr>
          <w:p w14:paraId="06762362" w14:textId="77777777" w:rsidR="004922CE" w:rsidRPr="0052011B" w:rsidRDefault="00000000">
            <w:pPr>
              <w:spacing w:after="0" w:line="240" w:lineRule="auto"/>
              <w:rPr>
                <w:rFonts w:asciiTheme="majorHAnsi" w:hAnsiTheme="majorHAnsi" w:cstheme="majorHAnsi"/>
                <w:sz w:val="24"/>
                <w:szCs w:val="24"/>
              </w:rPr>
            </w:pPr>
            <w:r w:rsidRPr="0052011B">
              <w:rPr>
                <w:rFonts w:asciiTheme="majorHAnsi" w:hAnsiTheme="majorHAnsi" w:cstheme="majorHAnsi"/>
                <w:b/>
                <w:sz w:val="24"/>
                <w:szCs w:val="24"/>
              </w:rPr>
              <w:t>Dates</w:t>
            </w:r>
          </w:p>
        </w:tc>
        <w:tc>
          <w:tcPr>
            <w:tcW w:w="5320" w:type="dxa"/>
            <w:vAlign w:val="center"/>
          </w:tcPr>
          <w:p w14:paraId="3309FCA8" w14:textId="77777777" w:rsidR="004922CE" w:rsidRDefault="00000000">
            <w:pPr>
              <w:spacing w:after="0" w:line="240" w:lineRule="auto"/>
              <w:rPr>
                <w:rFonts w:asciiTheme="majorHAnsi" w:hAnsiTheme="majorHAnsi" w:cstheme="majorHAnsi"/>
                <w:sz w:val="24"/>
                <w:szCs w:val="24"/>
              </w:rPr>
            </w:pPr>
            <w:r w:rsidRPr="0052011B">
              <w:rPr>
                <w:rFonts w:asciiTheme="majorHAnsi" w:hAnsiTheme="majorHAnsi" w:cstheme="majorHAnsi"/>
                <w:sz w:val="24"/>
                <w:szCs w:val="24"/>
              </w:rPr>
              <w:t>Reasons</w:t>
            </w:r>
          </w:p>
          <w:p w14:paraId="7D3807DE" w14:textId="77777777" w:rsidR="00437277" w:rsidRPr="0052011B" w:rsidRDefault="00437277">
            <w:pPr>
              <w:spacing w:after="0" w:line="240" w:lineRule="auto"/>
              <w:rPr>
                <w:rFonts w:asciiTheme="majorHAnsi" w:hAnsiTheme="majorHAnsi" w:cstheme="majorHAnsi"/>
                <w:sz w:val="24"/>
                <w:szCs w:val="24"/>
              </w:rPr>
            </w:pPr>
          </w:p>
        </w:tc>
      </w:tr>
      <w:tr w:rsidR="004922CE" w:rsidRPr="0052011B" w14:paraId="3DB9A040" w14:textId="77777777" w:rsidTr="003B682D">
        <w:trPr>
          <w:jc w:val="center"/>
        </w:trPr>
        <w:tc>
          <w:tcPr>
            <w:tcW w:w="5320" w:type="dxa"/>
            <w:vAlign w:val="center"/>
          </w:tcPr>
          <w:p w14:paraId="3E374739" w14:textId="77777777" w:rsidR="004922CE" w:rsidRPr="0052011B" w:rsidRDefault="004922CE">
            <w:pPr>
              <w:spacing w:after="0" w:line="240" w:lineRule="auto"/>
              <w:rPr>
                <w:rFonts w:asciiTheme="majorHAnsi" w:hAnsiTheme="majorHAnsi" w:cstheme="majorHAnsi"/>
                <w:sz w:val="24"/>
                <w:szCs w:val="24"/>
              </w:rPr>
            </w:pPr>
          </w:p>
        </w:tc>
        <w:tc>
          <w:tcPr>
            <w:tcW w:w="5320" w:type="dxa"/>
            <w:vAlign w:val="center"/>
          </w:tcPr>
          <w:p w14:paraId="10472366" w14:textId="77777777" w:rsidR="004922CE" w:rsidRDefault="004922CE">
            <w:pPr>
              <w:spacing w:after="0" w:line="240" w:lineRule="auto"/>
              <w:rPr>
                <w:rFonts w:asciiTheme="majorHAnsi" w:hAnsiTheme="majorHAnsi" w:cstheme="majorHAnsi"/>
                <w:sz w:val="24"/>
                <w:szCs w:val="24"/>
              </w:rPr>
            </w:pPr>
          </w:p>
          <w:p w14:paraId="69B41C96" w14:textId="77777777" w:rsidR="00437277" w:rsidRPr="0052011B" w:rsidRDefault="00437277">
            <w:pPr>
              <w:spacing w:after="0" w:line="240" w:lineRule="auto"/>
              <w:rPr>
                <w:rFonts w:asciiTheme="majorHAnsi" w:hAnsiTheme="majorHAnsi" w:cstheme="majorHAnsi"/>
                <w:sz w:val="24"/>
                <w:szCs w:val="24"/>
              </w:rPr>
            </w:pPr>
          </w:p>
        </w:tc>
      </w:tr>
    </w:tbl>
    <w:p w14:paraId="5857B09F" w14:textId="78367071" w:rsidR="004922CE" w:rsidRPr="0052011B" w:rsidRDefault="00000000">
      <w:pPr>
        <w:spacing w:before="80" w:after="100"/>
        <w:rPr>
          <w:rFonts w:asciiTheme="majorHAnsi" w:hAnsiTheme="majorHAnsi" w:cstheme="majorHAnsi"/>
          <w:sz w:val="24"/>
          <w:szCs w:val="24"/>
        </w:rPr>
      </w:pPr>
      <w:r w:rsidRPr="0052011B">
        <w:rPr>
          <w:rFonts w:asciiTheme="majorHAnsi" w:hAnsiTheme="majorHAnsi" w:cstheme="majorHAnsi"/>
          <w:b/>
          <w:sz w:val="24"/>
          <w:szCs w:val="24"/>
        </w:rPr>
        <w:t>PERSONAL STATEMENT</w:t>
      </w:r>
    </w:p>
    <w:p w14:paraId="23F32008" w14:textId="00F35B80" w:rsidR="00437277"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 xml:space="preserve">Please detail how your skills, experience and motivation meet the requirements. Please detail how you meet the criteria noted in </w:t>
      </w:r>
      <w:proofErr w:type="gramStart"/>
      <w:r w:rsidRPr="0052011B">
        <w:rPr>
          <w:rFonts w:asciiTheme="majorHAnsi" w:hAnsiTheme="majorHAnsi" w:cstheme="majorHAnsi"/>
          <w:sz w:val="24"/>
          <w:szCs w:val="24"/>
        </w:rPr>
        <w:t>the person</w:t>
      </w:r>
      <w:proofErr w:type="gramEnd"/>
      <w:r w:rsidRPr="0052011B">
        <w:rPr>
          <w:rFonts w:asciiTheme="majorHAnsi" w:hAnsiTheme="majorHAnsi" w:cstheme="majorHAnsi"/>
          <w:sz w:val="24"/>
          <w:szCs w:val="24"/>
        </w:rPr>
        <w:t xml:space="preserve"> specification. (Approximately 500 words)</w:t>
      </w:r>
    </w:p>
    <w:p w14:paraId="45733D8E" w14:textId="562FB0F8" w:rsidR="00437277"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Please use a separate sheet to continue if necessary.</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3"/>
        <w:gridCol w:w="10095"/>
      </w:tblGrid>
      <w:tr w:rsidR="00437277" w:rsidRPr="0052011B" w14:paraId="2007D797" w14:textId="77777777" w:rsidTr="001A36A9">
        <w:trPr>
          <w:trHeight w:val="4713"/>
          <w:jc w:val="center"/>
        </w:trPr>
        <w:tc>
          <w:tcPr>
            <w:tcW w:w="293" w:type="dxa"/>
            <w:vAlign w:val="center"/>
          </w:tcPr>
          <w:p w14:paraId="584AF861" w14:textId="77777777" w:rsidR="00437277" w:rsidRPr="0052011B" w:rsidRDefault="00437277" w:rsidP="00437277">
            <w:pPr>
              <w:spacing w:after="0" w:line="240" w:lineRule="auto"/>
              <w:rPr>
                <w:rFonts w:asciiTheme="majorHAnsi" w:hAnsiTheme="majorHAnsi" w:cstheme="majorHAnsi"/>
                <w:sz w:val="24"/>
                <w:szCs w:val="24"/>
              </w:rPr>
            </w:pPr>
          </w:p>
        </w:tc>
        <w:tc>
          <w:tcPr>
            <w:tcW w:w="10095" w:type="dxa"/>
            <w:vAlign w:val="center"/>
          </w:tcPr>
          <w:p w14:paraId="3B895ED5" w14:textId="77777777" w:rsidR="00437277" w:rsidRPr="0052011B" w:rsidRDefault="00437277" w:rsidP="00437277">
            <w:pPr>
              <w:spacing w:after="0" w:line="240" w:lineRule="auto"/>
              <w:rPr>
                <w:rFonts w:asciiTheme="majorHAnsi" w:hAnsiTheme="majorHAnsi" w:cstheme="majorHAnsi"/>
                <w:sz w:val="24"/>
                <w:szCs w:val="24"/>
              </w:rPr>
            </w:pPr>
          </w:p>
        </w:tc>
      </w:tr>
    </w:tbl>
    <w:p w14:paraId="31CBCE77" w14:textId="77777777" w:rsidR="00EE17D2" w:rsidRDefault="00000000" w:rsidP="00EE17D2">
      <w:pPr>
        <w:rPr>
          <w:rFonts w:asciiTheme="majorHAnsi" w:hAnsiTheme="majorHAnsi" w:cstheme="majorHAnsi"/>
          <w:b/>
          <w:sz w:val="24"/>
          <w:szCs w:val="24"/>
        </w:rPr>
      </w:pPr>
      <w:r w:rsidRPr="0052011B">
        <w:rPr>
          <w:rFonts w:asciiTheme="majorHAnsi" w:hAnsiTheme="majorHAnsi" w:cstheme="majorHAnsi"/>
          <w:b/>
          <w:sz w:val="24"/>
          <w:szCs w:val="24"/>
        </w:rPr>
        <w:t>PERSONAL STATEMENT</w:t>
      </w:r>
      <w:r w:rsidR="00EE17D2">
        <w:rPr>
          <w:rFonts w:asciiTheme="majorHAnsi" w:hAnsiTheme="majorHAnsi" w:cstheme="majorHAnsi"/>
          <w:b/>
          <w:sz w:val="24"/>
          <w:szCs w:val="24"/>
        </w:rPr>
        <w:t xml:space="preserve"> </w:t>
      </w:r>
    </w:p>
    <w:p w14:paraId="1FAA8FE1" w14:textId="5B65B5DF" w:rsidR="00EE17D2" w:rsidRPr="0052011B" w:rsidRDefault="00EE17D2" w:rsidP="00EE17D2">
      <w:pPr>
        <w:rPr>
          <w:rFonts w:asciiTheme="majorHAnsi" w:hAnsiTheme="majorHAnsi" w:cstheme="majorHAnsi"/>
          <w:sz w:val="24"/>
          <w:szCs w:val="24"/>
        </w:rPr>
      </w:pPr>
      <w:r w:rsidRPr="00EE17D2">
        <w:rPr>
          <w:rFonts w:asciiTheme="majorHAnsi" w:hAnsiTheme="majorHAnsi" w:cstheme="majorHAnsi"/>
          <w:bCs/>
          <w:sz w:val="24"/>
          <w:szCs w:val="24"/>
        </w:rPr>
        <w:t>P</w:t>
      </w:r>
      <w:r w:rsidR="00000000" w:rsidRPr="00EE17D2">
        <w:rPr>
          <w:rFonts w:asciiTheme="majorHAnsi" w:hAnsiTheme="majorHAnsi" w:cstheme="majorHAnsi"/>
          <w:bCs/>
          <w:sz w:val="24"/>
          <w:szCs w:val="24"/>
        </w:rPr>
        <w:t>l</w:t>
      </w:r>
      <w:r w:rsidR="00000000" w:rsidRPr="0052011B">
        <w:rPr>
          <w:rFonts w:asciiTheme="majorHAnsi" w:hAnsiTheme="majorHAnsi" w:cstheme="majorHAnsi"/>
          <w:sz w:val="24"/>
          <w:szCs w:val="24"/>
        </w:rPr>
        <w:t>ease explain how your skills, knowledge, experience and motivation make you a suitable candidate for the role of Training and Engagement Officer at Tees Valley Women’s Centre.</w:t>
      </w:r>
    </w:p>
    <w:p w14:paraId="41C3019F" w14:textId="15BF0CA6" w:rsidR="008F29B0" w:rsidRPr="0052011B" w:rsidRDefault="00000000">
      <w:pPr>
        <w:spacing w:after="80" w:line="240" w:lineRule="auto"/>
        <w:rPr>
          <w:rFonts w:asciiTheme="majorHAnsi" w:hAnsiTheme="majorHAnsi" w:cstheme="majorHAnsi"/>
          <w:sz w:val="24"/>
          <w:szCs w:val="24"/>
        </w:rPr>
      </w:pPr>
      <w:r w:rsidRPr="0052011B">
        <w:rPr>
          <w:rFonts w:asciiTheme="majorHAnsi" w:hAnsiTheme="majorHAnsi" w:cstheme="majorHAnsi"/>
          <w:sz w:val="24"/>
          <w:szCs w:val="24"/>
        </w:rPr>
        <w:t>In your statement, please provide evidence of how you meet the essential and desirable criteria outlined in the person specification, including:</w:t>
      </w:r>
    </w:p>
    <w:p w14:paraId="1891D840"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Experience of engaging and supporting women facing multiple disadvantages or barriers.</w:t>
      </w:r>
    </w:p>
    <w:p w14:paraId="2E21C726"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 xml:space="preserve">Ability to build positive relationships with individuals, community groups and partner </w:t>
      </w:r>
      <w:proofErr w:type="spellStart"/>
      <w:r w:rsidRPr="0052011B">
        <w:rPr>
          <w:rFonts w:asciiTheme="majorHAnsi" w:hAnsiTheme="majorHAnsi" w:cstheme="majorHAnsi"/>
          <w:sz w:val="24"/>
          <w:szCs w:val="24"/>
        </w:rPr>
        <w:t>organisations</w:t>
      </w:r>
      <w:proofErr w:type="spellEnd"/>
      <w:r w:rsidRPr="0052011B">
        <w:rPr>
          <w:rFonts w:asciiTheme="majorHAnsi" w:hAnsiTheme="majorHAnsi" w:cstheme="majorHAnsi"/>
          <w:sz w:val="24"/>
          <w:szCs w:val="24"/>
        </w:rPr>
        <w:t>.</w:t>
      </w:r>
    </w:p>
    <w:p w14:paraId="60E1C39C"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 xml:space="preserve">Experience </w:t>
      </w:r>
      <w:proofErr w:type="gramStart"/>
      <w:r w:rsidRPr="0052011B">
        <w:rPr>
          <w:rFonts w:asciiTheme="majorHAnsi" w:hAnsiTheme="majorHAnsi" w:cstheme="majorHAnsi"/>
          <w:sz w:val="24"/>
          <w:szCs w:val="24"/>
        </w:rPr>
        <w:t>of</w:t>
      </w:r>
      <w:proofErr w:type="gramEnd"/>
      <w:r w:rsidRPr="0052011B">
        <w:rPr>
          <w:rFonts w:asciiTheme="majorHAnsi" w:hAnsiTheme="majorHAnsi" w:cstheme="majorHAnsi"/>
          <w:sz w:val="24"/>
          <w:szCs w:val="24"/>
        </w:rPr>
        <w:t xml:space="preserve"> planning, coordinating or delivering training, workshops, group activities or learning </w:t>
      </w:r>
      <w:proofErr w:type="spellStart"/>
      <w:r w:rsidRPr="0052011B">
        <w:rPr>
          <w:rFonts w:asciiTheme="majorHAnsi" w:hAnsiTheme="majorHAnsi" w:cstheme="majorHAnsi"/>
          <w:sz w:val="24"/>
          <w:szCs w:val="24"/>
        </w:rPr>
        <w:t>programmes</w:t>
      </w:r>
      <w:proofErr w:type="spellEnd"/>
      <w:r w:rsidRPr="0052011B">
        <w:rPr>
          <w:rFonts w:asciiTheme="majorHAnsi" w:hAnsiTheme="majorHAnsi" w:cstheme="majorHAnsi"/>
          <w:sz w:val="24"/>
          <w:szCs w:val="24"/>
        </w:rPr>
        <w:t>.</w:t>
      </w:r>
    </w:p>
    <w:p w14:paraId="16DBD533"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Excellent communication and interpersonal skills, including the ability to motivate, encourage and empower participants.</w:t>
      </w:r>
    </w:p>
    <w:p w14:paraId="219B3EAF"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Ability to maintain accurate records, monitor outcomes and contribute to reporting requirements.</w:t>
      </w:r>
    </w:p>
    <w:p w14:paraId="5BC07585"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Commitment to equality, diversity, inclusion and the empowerment of women.</w:t>
      </w:r>
    </w:p>
    <w:p w14:paraId="01696722" w14:textId="77777777" w:rsidR="004922CE" w:rsidRPr="0052011B" w:rsidRDefault="0000000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 xml:space="preserve">Understanding of issues affecting women, including social exclusion, poverty, domestic abuse, mental health, substance misuse, offending </w:t>
      </w:r>
      <w:proofErr w:type="spellStart"/>
      <w:r w:rsidRPr="0052011B">
        <w:rPr>
          <w:rFonts w:asciiTheme="majorHAnsi" w:hAnsiTheme="majorHAnsi" w:cstheme="majorHAnsi"/>
          <w:sz w:val="24"/>
          <w:szCs w:val="24"/>
        </w:rPr>
        <w:t>behaviour</w:t>
      </w:r>
      <w:proofErr w:type="spellEnd"/>
      <w:r w:rsidRPr="0052011B">
        <w:rPr>
          <w:rFonts w:asciiTheme="majorHAnsi" w:hAnsiTheme="majorHAnsi" w:cstheme="majorHAnsi"/>
          <w:sz w:val="24"/>
          <w:szCs w:val="24"/>
        </w:rPr>
        <w:t xml:space="preserve"> or other complex needs.</w:t>
      </w:r>
    </w:p>
    <w:p w14:paraId="02553F21" w14:textId="77777777" w:rsidR="008F29B0" w:rsidRDefault="00000000" w:rsidP="008F29B0">
      <w:pPr>
        <w:pStyle w:val="ListBullet"/>
        <w:spacing w:after="40" w:line="240" w:lineRule="auto"/>
        <w:rPr>
          <w:rFonts w:asciiTheme="majorHAnsi" w:hAnsiTheme="majorHAnsi" w:cstheme="majorHAnsi"/>
          <w:sz w:val="24"/>
          <w:szCs w:val="24"/>
        </w:rPr>
      </w:pPr>
      <w:r w:rsidRPr="0052011B">
        <w:rPr>
          <w:rFonts w:asciiTheme="majorHAnsi" w:hAnsiTheme="majorHAnsi" w:cstheme="majorHAnsi"/>
          <w:sz w:val="24"/>
          <w:szCs w:val="24"/>
        </w:rPr>
        <w:t>Ability to work independently while contributing positively to a supportive team environment.</w:t>
      </w:r>
    </w:p>
    <w:p w14:paraId="575EF98C" w14:textId="34A03D1D" w:rsidR="004922CE" w:rsidRPr="008F29B0" w:rsidRDefault="00000000" w:rsidP="008F29B0">
      <w:pPr>
        <w:pStyle w:val="ListBullet"/>
        <w:spacing w:after="40" w:line="240" w:lineRule="auto"/>
        <w:rPr>
          <w:rFonts w:asciiTheme="majorHAnsi" w:hAnsiTheme="majorHAnsi" w:cstheme="majorHAnsi"/>
          <w:sz w:val="24"/>
          <w:szCs w:val="24"/>
        </w:rPr>
      </w:pPr>
      <w:r w:rsidRPr="008F29B0">
        <w:rPr>
          <w:rFonts w:asciiTheme="majorHAnsi" w:hAnsiTheme="majorHAnsi" w:cstheme="majorHAnsi"/>
          <w:sz w:val="24"/>
          <w:szCs w:val="24"/>
        </w:rPr>
        <w:t>Please also outline your reasons for applying and explain how your values align with the mission and aims of Tees Valley Women’s Centre.</w:t>
      </w:r>
    </w:p>
    <w:p w14:paraId="79C0702A" w14:textId="1B63944E" w:rsidR="004922CE" w:rsidRPr="0052011B" w:rsidRDefault="004922CE">
      <w:pPr>
        <w:rPr>
          <w:rFonts w:asciiTheme="majorHAnsi" w:hAnsiTheme="majorHAnsi" w:cstheme="majorHAnsi"/>
          <w:sz w:val="24"/>
          <w:szCs w:val="24"/>
        </w:rPr>
      </w:pPr>
    </w:p>
    <w:sectPr w:rsidR="004922CE" w:rsidRPr="0052011B"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AE40104"/>
    <w:multiLevelType w:val="hybridMultilevel"/>
    <w:tmpl w:val="69A8E92C"/>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0774366">
    <w:abstractNumId w:val="8"/>
  </w:num>
  <w:num w:numId="2" w16cid:durableId="1104156383">
    <w:abstractNumId w:val="6"/>
  </w:num>
  <w:num w:numId="3" w16cid:durableId="1871840008">
    <w:abstractNumId w:val="5"/>
  </w:num>
  <w:num w:numId="4" w16cid:durableId="811561478">
    <w:abstractNumId w:val="4"/>
  </w:num>
  <w:num w:numId="5" w16cid:durableId="175972618">
    <w:abstractNumId w:val="7"/>
  </w:num>
  <w:num w:numId="6" w16cid:durableId="399325878">
    <w:abstractNumId w:val="3"/>
  </w:num>
  <w:num w:numId="7" w16cid:durableId="1025058477">
    <w:abstractNumId w:val="2"/>
  </w:num>
  <w:num w:numId="8" w16cid:durableId="1649087075">
    <w:abstractNumId w:val="1"/>
  </w:num>
  <w:num w:numId="9" w16cid:durableId="1051999952">
    <w:abstractNumId w:val="0"/>
  </w:num>
  <w:num w:numId="10" w16cid:durableId="14360943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2F8"/>
    <w:rsid w:val="0006063C"/>
    <w:rsid w:val="000816C4"/>
    <w:rsid w:val="00090197"/>
    <w:rsid w:val="000C3428"/>
    <w:rsid w:val="00100410"/>
    <w:rsid w:val="0015074B"/>
    <w:rsid w:val="00154071"/>
    <w:rsid w:val="00154781"/>
    <w:rsid w:val="001719D3"/>
    <w:rsid w:val="0017540C"/>
    <w:rsid w:val="001A357C"/>
    <w:rsid w:val="001A36A9"/>
    <w:rsid w:val="001E5B5B"/>
    <w:rsid w:val="002948DB"/>
    <w:rsid w:val="0029639D"/>
    <w:rsid w:val="002A1A8A"/>
    <w:rsid w:val="002C53D2"/>
    <w:rsid w:val="002C6B20"/>
    <w:rsid w:val="00325F9B"/>
    <w:rsid w:val="00326F90"/>
    <w:rsid w:val="00337B86"/>
    <w:rsid w:val="00372680"/>
    <w:rsid w:val="003B682D"/>
    <w:rsid w:val="00437277"/>
    <w:rsid w:val="0048542D"/>
    <w:rsid w:val="004922CE"/>
    <w:rsid w:val="004E3C7E"/>
    <w:rsid w:val="0051127F"/>
    <w:rsid w:val="0052011B"/>
    <w:rsid w:val="00591BC2"/>
    <w:rsid w:val="00605B31"/>
    <w:rsid w:val="00613F02"/>
    <w:rsid w:val="0061442D"/>
    <w:rsid w:val="006174AA"/>
    <w:rsid w:val="00671869"/>
    <w:rsid w:val="006821E2"/>
    <w:rsid w:val="006C5EAA"/>
    <w:rsid w:val="006F4290"/>
    <w:rsid w:val="006F5483"/>
    <w:rsid w:val="006F5501"/>
    <w:rsid w:val="007A4005"/>
    <w:rsid w:val="007A4D02"/>
    <w:rsid w:val="007C1C5D"/>
    <w:rsid w:val="007F0063"/>
    <w:rsid w:val="00821A5C"/>
    <w:rsid w:val="00887D82"/>
    <w:rsid w:val="008920DB"/>
    <w:rsid w:val="0089230A"/>
    <w:rsid w:val="008C6F39"/>
    <w:rsid w:val="008F29B0"/>
    <w:rsid w:val="0093433F"/>
    <w:rsid w:val="00995A9D"/>
    <w:rsid w:val="009A084E"/>
    <w:rsid w:val="00A12C79"/>
    <w:rsid w:val="00A240D1"/>
    <w:rsid w:val="00A24D58"/>
    <w:rsid w:val="00AA1D8D"/>
    <w:rsid w:val="00AD50E4"/>
    <w:rsid w:val="00B06294"/>
    <w:rsid w:val="00B34E9E"/>
    <w:rsid w:val="00B47730"/>
    <w:rsid w:val="00B96D47"/>
    <w:rsid w:val="00CB0664"/>
    <w:rsid w:val="00CE6BDF"/>
    <w:rsid w:val="00D03A2B"/>
    <w:rsid w:val="00D30CA3"/>
    <w:rsid w:val="00DB3486"/>
    <w:rsid w:val="00DD3B4C"/>
    <w:rsid w:val="00DD3FA2"/>
    <w:rsid w:val="00E2466D"/>
    <w:rsid w:val="00E547BE"/>
    <w:rsid w:val="00E73674"/>
    <w:rsid w:val="00EB108B"/>
    <w:rsid w:val="00EE17D2"/>
    <w:rsid w:val="00F011E9"/>
    <w:rsid w:val="00F270BC"/>
    <w:rsid w:val="00FA42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84E42"/>
  <w14:defaultImageDpi w14:val="300"/>
  <w15:docId w15:val="{50A5EF4F-9D44-46F7-845D-339A3FD7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7277"/>
    <w:rPr>
      <w:color w:val="0000FF" w:themeColor="hyperlink"/>
      <w:u w:val="single"/>
    </w:rPr>
  </w:style>
  <w:style w:type="character" w:styleId="UnresolvedMention">
    <w:name w:val="Unresolved Mention"/>
    <w:basedOn w:val="DefaultParagraphFont"/>
    <w:uiPriority w:val="99"/>
    <w:semiHidden/>
    <w:unhideWhenUsed/>
    <w:rsid w:val="00437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onna.middleton@tvwc.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Media</cp:lastModifiedBy>
  <cp:revision>2</cp:revision>
  <cp:lastPrinted>2026-09-28T10:00:00Z</cp:lastPrinted>
  <dcterms:created xsi:type="dcterms:W3CDTF">2026-10-02T10:19:00Z</dcterms:created>
  <dcterms:modified xsi:type="dcterms:W3CDTF">2026-10-02T10:19:00Z</dcterms:modified>
  <cp:category/>
</cp:coreProperties>
</file>